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7312" w:rsidRDefault="003C7D09" w:rsidP="003A13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>
        <w:rPr>
          <w:b/>
          <w:color w:val="0070C0"/>
          <w:sz w:val="28"/>
        </w:rPr>
        <w:t>NOTICE D’ACCOMPAGNEMENT</w:t>
      </w:r>
      <w:r>
        <w:rPr>
          <w:b/>
          <w:color w:val="0070C0"/>
          <w:sz w:val="28"/>
        </w:rPr>
        <w:br/>
      </w:r>
      <w:proofErr w:type="spellStart"/>
      <w:r>
        <w:rPr>
          <w:b/>
          <w:color w:val="0070C0"/>
          <w:sz w:val="28"/>
        </w:rPr>
        <w:t>Demande</w:t>
      </w:r>
      <w:proofErr w:type="spellEnd"/>
      <w:r>
        <w:rPr>
          <w:b/>
          <w:color w:val="0070C0"/>
          <w:sz w:val="28"/>
        </w:rPr>
        <w:t xml:space="preserve"> </w:t>
      </w:r>
      <w:proofErr w:type="spellStart"/>
      <w:r>
        <w:rPr>
          <w:b/>
          <w:color w:val="0070C0"/>
          <w:sz w:val="28"/>
        </w:rPr>
        <w:t>d’aide</w:t>
      </w:r>
      <w:proofErr w:type="spellEnd"/>
      <w:r>
        <w:rPr>
          <w:b/>
          <w:color w:val="0070C0"/>
          <w:sz w:val="28"/>
        </w:rPr>
        <w:t xml:space="preserve"> au titre des </w:t>
      </w:r>
      <w:proofErr w:type="spellStart"/>
      <w:r>
        <w:rPr>
          <w:b/>
          <w:color w:val="0070C0"/>
          <w:sz w:val="28"/>
        </w:rPr>
        <w:t>fonds</w:t>
      </w:r>
      <w:proofErr w:type="spellEnd"/>
      <w:r>
        <w:rPr>
          <w:b/>
          <w:color w:val="0070C0"/>
          <w:sz w:val="28"/>
        </w:rPr>
        <w:t xml:space="preserve"> </w:t>
      </w:r>
      <w:proofErr w:type="spellStart"/>
      <w:r>
        <w:rPr>
          <w:b/>
          <w:color w:val="0070C0"/>
          <w:sz w:val="28"/>
        </w:rPr>
        <w:t>sociaux</w:t>
      </w:r>
      <w:proofErr w:type="spellEnd"/>
    </w:p>
    <w:p w:rsidR="00410D16" w:rsidRPr="00410D16" w:rsidRDefault="003C7D09" w:rsidP="00410D16">
      <w:pPr>
        <w:pStyle w:val="Paragraphedeliste"/>
        <w:numPr>
          <w:ilvl w:val="0"/>
          <w:numId w:val="10"/>
        </w:numPr>
        <w:rPr>
          <w:b/>
          <w:color w:val="0070C0"/>
          <w:sz w:val="24"/>
        </w:rPr>
      </w:pPr>
      <w:proofErr w:type="spellStart"/>
      <w:r w:rsidRPr="00410D16">
        <w:rPr>
          <w:b/>
          <w:color w:val="0070C0"/>
          <w:sz w:val="24"/>
        </w:rPr>
        <w:t>Informations</w:t>
      </w:r>
      <w:proofErr w:type="spellEnd"/>
      <w:r w:rsidRPr="00410D16">
        <w:rPr>
          <w:b/>
          <w:color w:val="0070C0"/>
          <w:sz w:val="24"/>
        </w:rPr>
        <w:t xml:space="preserve"> </w:t>
      </w:r>
      <w:proofErr w:type="spellStart"/>
      <w:r w:rsidRPr="00410D16">
        <w:rPr>
          <w:b/>
          <w:color w:val="0070C0"/>
          <w:sz w:val="24"/>
        </w:rPr>
        <w:t>générales</w:t>
      </w:r>
      <w:proofErr w:type="spellEnd"/>
    </w:p>
    <w:p w:rsidR="00410D16" w:rsidRDefault="003C7D09">
      <w:r>
        <w:t xml:space="preserve">Indiquez la date de la </w:t>
      </w:r>
      <w:proofErr w:type="spellStart"/>
      <w:r>
        <w:t>demande</w:t>
      </w:r>
      <w:proofErr w:type="spellEnd"/>
      <w:r>
        <w:t>.</w:t>
      </w:r>
    </w:p>
    <w:p w:rsidR="00410D16" w:rsidRPr="00410D16" w:rsidRDefault="003C7D09" w:rsidP="00410D16">
      <w:pPr>
        <w:pStyle w:val="Paragraphedeliste"/>
        <w:numPr>
          <w:ilvl w:val="0"/>
          <w:numId w:val="10"/>
        </w:numPr>
        <w:rPr>
          <w:b/>
          <w:color w:val="0070C0"/>
          <w:sz w:val="24"/>
        </w:rPr>
      </w:pPr>
      <w:proofErr w:type="spellStart"/>
      <w:r w:rsidRPr="00410D16">
        <w:rPr>
          <w:b/>
          <w:color w:val="0070C0"/>
          <w:sz w:val="24"/>
        </w:rPr>
        <w:t>Renseignements</w:t>
      </w:r>
      <w:proofErr w:type="spellEnd"/>
      <w:r w:rsidRPr="00410D16">
        <w:rPr>
          <w:b/>
          <w:color w:val="0070C0"/>
          <w:sz w:val="24"/>
        </w:rPr>
        <w:t xml:space="preserve"> sur </w:t>
      </w:r>
      <w:proofErr w:type="spellStart"/>
      <w:r w:rsidRPr="00410D16">
        <w:rPr>
          <w:b/>
          <w:color w:val="0070C0"/>
          <w:sz w:val="24"/>
        </w:rPr>
        <w:t>l’élève</w:t>
      </w:r>
      <w:proofErr w:type="spellEnd"/>
    </w:p>
    <w:p w:rsidR="00D45986" w:rsidRDefault="003C7D09">
      <w:r>
        <w:t>Complétez Nom, Prénom, Classe. Cochez le régime (externe / demi-pensionnaire). Indiquez si l’élève est boursier et précisez l’échelon.</w:t>
      </w:r>
    </w:p>
    <w:p w:rsidR="00410D16" w:rsidRPr="00410D16" w:rsidRDefault="003C7D09" w:rsidP="00410D16">
      <w:pPr>
        <w:pStyle w:val="Paragraphedeliste"/>
        <w:numPr>
          <w:ilvl w:val="0"/>
          <w:numId w:val="10"/>
        </w:numPr>
        <w:rPr>
          <w:b/>
          <w:color w:val="0070C0"/>
          <w:sz w:val="24"/>
        </w:rPr>
      </w:pPr>
      <w:r w:rsidRPr="00410D16">
        <w:rPr>
          <w:b/>
          <w:color w:val="0070C0"/>
          <w:sz w:val="24"/>
        </w:rPr>
        <w:t xml:space="preserve">Situation </w:t>
      </w:r>
      <w:proofErr w:type="spellStart"/>
      <w:r w:rsidRPr="00410D16">
        <w:rPr>
          <w:b/>
          <w:color w:val="0070C0"/>
          <w:sz w:val="24"/>
        </w:rPr>
        <w:t>familiale</w:t>
      </w:r>
      <w:proofErr w:type="spellEnd"/>
    </w:p>
    <w:p w:rsidR="00D45986" w:rsidRDefault="003C7D09">
      <w:r>
        <w:t>Renseignez les informations concernant le père, la mère, le beau-père ou la belle-</w:t>
      </w:r>
      <w:proofErr w:type="gramStart"/>
      <w:r>
        <w:t>mère :</w:t>
      </w:r>
      <w:proofErr w:type="gramEnd"/>
      <w:r>
        <w:t xml:space="preserve"> Nom, prénom, profession / situation, adresse et téléphone.</w:t>
      </w:r>
      <w:r>
        <w:br/>
        <w:t>Cochez la situation des parents (mariés, séparés, divorcés, autre).</w:t>
      </w:r>
      <w:r>
        <w:br/>
        <w:t>Complétez le tableau des enfants à charge, y compris l’élève concerné.</w:t>
      </w:r>
    </w:p>
    <w:p w:rsidR="00410D16" w:rsidRPr="00410D16" w:rsidRDefault="003C7D09" w:rsidP="00410D16">
      <w:pPr>
        <w:pStyle w:val="Paragraphedeliste"/>
        <w:numPr>
          <w:ilvl w:val="0"/>
          <w:numId w:val="10"/>
        </w:numPr>
        <w:rPr>
          <w:b/>
          <w:color w:val="0070C0"/>
          <w:sz w:val="24"/>
        </w:rPr>
      </w:pPr>
      <w:r w:rsidRPr="00410D16">
        <w:rPr>
          <w:b/>
          <w:color w:val="0070C0"/>
          <w:sz w:val="24"/>
        </w:rPr>
        <w:t>Situation financière du foyer</w:t>
      </w:r>
    </w:p>
    <w:p w:rsidR="00D45986" w:rsidRDefault="003C7D09">
      <w:r>
        <w:t>Complétez les ressources mensuelles (salaires, prestations CAF, pensions, etc.).</w:t>
      </w:r>
      <w:r>
        <w:br/>
        <w:t>Remplissez les dépenses mensuelles (loyer, crédits, charges fixes, etc.).</w:t>
      </w:r>
      <w:r>
        <w:br/>
        <w:t>Additionnez pour obtenir le total ressources et total dépenses.</w:t>
      </w:r>
    </w:p>
    <w:p w:rsidR="00410D16" w:rsidRPr="00410D16" w:rsidRDefault="003C7D09" w:rsidP="00410D16">
      <w:pPr>
        <w:pStyle w:val="Paragraphedeliste"/>
        <w:numPr>
          <w:ilvl w:val="0"/>
          <w:numId w:val="10"/>
        </w:numPr>
        <w:rPr>
          <w:b/>
          <w:color w:val="0070C0"/>
          <w:sz w:val="24"/>
        </w:rPr>
      </w:pPr>
      <w:r w:rsidRPr="00410D16">
        <w:rPr>
          <w:b/>
          <w:color w:val="0070C0"/>
          <w:sz w:val="24"/>
        </w:rPr>
        <w:t xml:space="preserve">Aide </w:t>
      </w:r>
      <w:proofErr w:type="spellStart"/>
      <w:r w:rsidRPr="00410D16">
        <w:rPr>
          <w:b/>
          <w:color w:val="0070C0"/>
          <w:sz w:val="24"/>
        </w:rPr>
        <w:t>demandée</w:t>
      </w:r>
      <w:proofErr w:type="spellEnd"/>
    </w:p>
    <w:p w:rsidR="00D45986" w:rsidRDefault="003C7D09">
      <w:r>
        <w:t>Indiquez le montant sollicité.</w:t>
      </w:r>
      <w:r>
        <w:br/>
        <w:t>Cochez la nature de la demande (demi-pension, voyage scolaire, fournitures, autres).</w:t>
      </w:r>
      <w:r>
        <w:br/>
        <w:t>Si « autres », précisez.</w:t>
      </w:r>
    </w:p>
    <w:p w:rsidR="00410D16" w:rsidRPr="00410D16" w:rsidRDefault="003C7D09" w:rsidP="00410D16">
      <w:pPr>
        <w:pStyle w:val="Paragraphedeliste"/>
        <w:numPr>
          <w:ilvl w:val="0"/>
          <w:numId w:val="10"/>
        </w:numPr>
        <w:rPr>
          <w:b/>
          <w:color w:val="0070C0"/>
          <w:sz w:val="24"/>
        </w:rPr>
      </w:pPr>
      <w:r w:rsidRPr="00410D16">
        <w:rPr>
          <w:b/>
          <w:color w:val="0070C0"/>
          <w:sz w:val="24"/>
        </w:rPr>
        <w:t xml:space="preserve">Motivation de la </w:t>
      </w:r>
      <w:proofErr w:type="spellStart"/>
      <w:r w:rsidRPr="00410D16">
        <w:rPr>
          <w:b/>
          <w:color w:val="0070C0"/>
          <w:sz w:val="24"/>
        </w:rPr>
        <w:t>demande</w:t>
      </w:r>
      <w:proofErr w:type="spellEnd"/>
    </w:p>
    <w:p w:rsidR="00D45986" w:rsidRDefault="003C7D09">
      <w:r>
        <w:t xml:space="preserve">Décrivez de façon </w:t>
      </w:r>
      <w:proofErr w:type="gramStart"/>
      <w:r>
        <w:t>claire</w:t>
      </w:r>
      <w:proofErr w:type="gramEnd"/>
      <w:r>
        <w:t xml:space="preserve"> les difficultés rencontrées (ex. perte d’emploi, séparation, charges lourdes, maladie, etc.).</w:t>
      </w:r>
      <w:r>
        <w:br/>
        <w:t>Cette partie est importante : elle permet à la commission de comprendre votre situation.</w:t>
      </w:r>
    </w:p>
    <w:p w:rsidR="00410D16" w:rsidRPr="00410D16" w:rsidRDefault="003C7D09" w:rsidP="00410D16">
      <w:pPr>
        <w:pStyle w:val="Paragraphedeliste"/>
        <w:numPr>
          <w:ilvl w:val="0"/>
          <w:numId w:val="10"/>
        </w:numPr>
        <w:rPr>
          <w:b/>
          <w:color w:val="0070C0"/>
          <w:sz w:val="24"/>
        </w:rPr>
      </w:pPr>
      <w:proofErr w:type="spellStart"/>
      <w:r w:rsidRPr="00410D16">
        <w:rPr>
          <w:b/>
          <w:color w:val="0070C0"/>
          <w:sz w:val="24"/>
        </w:rPr>
        <w:t>Pièces</w:t>
      </w:r>
      <w:proofErr w:type="spellEnd"/>
      <w:r w:rsidRPr="00410D16">
        <w:rPr>
          <w:b/>
          <w:color w:val="0070C0"/>
          <w:sz w:val="24"/>
        </w:rPr>
        <w:t xml:space="preserve"> </w:t>
      </w:r>
      <w:proofErr w:type="spellStart"/>
      <w:r w:rsidRPr="00410D16">
        <w:rPr>
          <w:b/>
          <w:color w:val="0070C0"/>
          <w:sz w:val="24"/>
        </w:rPr>
        <w:t>justificatives</w:t>
      </w:r>
      <w:proofErr w:type="spellEnd"/>
      <w:r w:rsidRPr="00410D16">
        <w:rPr>
          <w:b/>
          <w:color w:val="0070C0"/>
          <w:sz w:val="24"/>
        </w:rPr>
        <w:t xml:space="preserve"> à </w:t>
      </w:r>
      <w:proofErr w:type="spellStart"/>
      <w:r w:rsidR="00E319B2">
        <w:rPr>
          <w:b/>
          <w:color w:val="0070C0"/>
          <w:sz w:val="24"/>
        </w:rPr>
        <w:t>joind</w:t>
      </w:r>
      <w:r w:rsidR="00410D16">
        <w:rPr>
          <w:b/>
          <w:color w:val="0070C0"/>
          <w:sz w:val="24"/>
        </w:rPr>
        <w:t>r</w:t>
      </w:r>
      <w:r w:rsidR="00E319B2">
        <w:rPr>
          <w:b/>
          <w:color w:val="0070C0"/>
          <w:sz w:val="24"/>
        </w:rPr>
        <w:t>e</w:t>
      </w:r>
      <w:proofErr w:type="spellEnd"/>
    </w:p>
    <w:p w:rsidR="00410D16" w:rsidRDefault="003C7D09">
      <w:r>
        <w:t>Fournir une attestation de droits CAF ou le dernier avis d’imposition.</w:t>
      </w:r>
      <w:r>
        <w:br/>
        <w:t xml:space="preserve">(Sans </w:t>
      </w:r>
      <w:proofErr w:type="gramStart"/>
      <w:r>
        <w:t>ce</w:t>
      </w:r>
      <w:proofErr w:type="gramEnd"/>
      <w:r>
        <w:t xml:space="preserve"> document, le dossier ne pourra pas être étudié.)</w:t>
      </w:r>
    </w:p>
    <w:p w:rsidR="00410D16" w:rsidRPr="00410D16" w:rsidRDefault="003C7D09" w:rsidP="00410D16">
      <w:pPr>
        <w:pStyle w:val="Paragraphedeliste"/>
        <w:numPr>
          <w:ilvl w:val="0"/>
          <w:numId w:val="10"/>
        </w:numPr>
        <w:rPr>
          <w:b/>
          <w:color w:val="0070C0"/>
          <w:sz w:val="24"/>
        </w:rPr>
      </w:pPr>
      <w:r w:rsidRPr="00410D16">
        <w:rPr>
          <w:b/>
          <w:color w:val="0070C0"/>
          <w:sz w:val="24"/>
        </w:rPr>
        <w:t xml:space="preserve">Attestation sur </w:t>
      </w:r>
      <w:proofErr w:type="spellStart"/>
      <w:r w:rsidRPr="00410D16">
        <w:rPr>
          <w:b/>
          <w:color w:val="0070C0"/>
          <w:sz w:val="24"/>
        </w:rPr>
        <w:t>l’honneur</w:t>
      </w:r>
      <w:proofErr w:type="spellEnd"/>
      <w:r w:rsidRPr="00410D16">
        <w:rPr>
          <w:b/>
          <w:color w:val="0070C0"/>
          <w:sz w:val="24"/>
        </w:rPr>
        <w:t xml:space="preserve"> et signature</w:t>
      </w:r>
    </w:p>
    <w:p w:rsidR="00D45986" w:rsidRDefault="003C7D09">
      <w:r>
        <w:t xml:space="preserve">Le représentant légal doit signer </w:t>
      </w:r>
      <w:proofErr w:type="gramStart"/>
      <w:r>
        <w:t>et</w:t>
      </w:r>
      <w:proofErr w:type="gramEnd"/>
      <w:r>
        <w:t xml:space="preserve"> dater le document.</w:t>
      </w:r>
      <w:r>
        <w:br/>
        <w:t>En signant, vous attestez que les renseignements fournis sont exacts.</w:t>
      </w:r>
    </w:p>
    <w:p w:rsidR="00D45986" w:rsidRPr="00410D16" w:rsidRDefault="003C7D09" w:rsidP="00410D16">
      <w:pPr>
        <w:pStyle w:val="Paragraphedeliste"/>
        <w:numPr>
          <w:ilvl w:val="0"/>
          <w:numId w:val="10"/>
        </w:numPr>
        <w:rPr>
          <w:b/>
          <w:color w:val="0070C0"/>
          <w:sz w:val="24"/>
        </w:rPr>
      </w:pPr>
      <w:proofErr w:type="spellStart"/>
      <w:r w:rsidRPr="00410D16">
        <w:rPr>
          <w:b/>
          <w:color w:val="0070C0"/>
          <w:sz w:val="24"/>
        </w:rPr>
        <w:lastRenderedPageBreak/>
        <w:t>Partie</w:t>
      </w:r>
      <w:proofErr w:type="spellEnd"/>
      <w:r w:rsidRPr="00410D16">
        <w:rPr>
          <w:b/>
          <w:color w:val="0070C0"/>
          <w:sz w:val="24"/>
        </w:rPr>
        <w:t xml:space="preserve"> </w:t>
      </w:r>
      <w:proofErr w:type="spellStart"/>
      <w:r w:rsidRPr="00410D16">
        <w:rPr>
          <w:b/>
          <w:color w:val="0070C0"/>
          <w:sz w:val="24"/>
        </w:rPr>
        <w:t>réservée</w:t>
      </w:r>
      <w:proofErr w:type="spellEnd"/>
      <w:r w:rsidRPr="00410D16">
        <w:rPr>
          <w:b/>
          <w:color w:val="0070C0"/>
          <w:sz w:val="24"/>
        </w:rPr>
        <w:t xml:space="preserve"> à </w:t>
      </w:r>
      <w:proofErr w:type="spellStart"/>
      <w:r w:rsidRPr="00410D16">
        <w:rPr>
          <w:b/>
          <w:color w:val="0070C0"/>
          <w:sz w:val="24"/>
        </w:rPr>
        <w:t>l’administration</w:t>
      </w:r>
      <w:proofErr w:type="spellEnd"/>
    </w:p>
    <w:p w:rsidR="00410D16" w:rsidRDefault="00410D16" w:rsidP="00410D16">
      <w:pPr>
        <w:pStyle w:val="Paragraphedeliste"/>
      </w:pPr>
    </w:p>
    <w:p w:rsidR="00D45986" w:rsidRDefault="003C7D09">
      <w:r>
        <w:t>À ne pas remplir par la famille.</w:t>
      </w:r>
      <w:r>
        <w:br/>
        <w:t xml:space="preserve">Elle sera complétée par la commission </w:t>
      </w:r>
      <w:proofErr w:type="spellStart"/>
      <w:r>
        <w:t>d’aide</w:t>
      </w:r>
      <w:proofErr w:type="spellEnd"/>
      <w:r>
        <w:t xml:space="preserve"> </w:t>
      </w:r>
      <w:proofErr w:type="spellStart"/>
      <w:r>
        <w:t>sociale</w:t>
      </w:r>
      <w:proofErr w:type="spellEnd"/>
      <w:r>
        <w:t xml:space="preserve"> de </w:t>
      </w:r>
      <w:proofErr w:type="spellStart"/>
      <w:r>
        <w:t>l’établissement</w:t>
      </w:r>
      <w:proofErr w:type="spellEnd"/>
      <w:r>
        <w:t>.</w:t>
      </w:r>
    </w:p>
    <w:p w:rsidR="00410D16" w:rsidRDefault="00410D16"/>
    <w:p w:rsidR="00D45986" w:rsidRDefault="003C7D09" w:rsidP="003A1318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</w:pPr>
      <w:r>
        <w:rPr>
          <w:b/>
          <w:color w:val="C00000"/>
        </w:rPr>
        <w:t>📌</w:t>
      </w:r>
      <w:r w:rsidR="00410D16">
        <w:rPr>
          <w:b/>
          <w:color w:val="C00000"/>
        </w:rPr>
        <w:t xml:space="preserve"> Rappel </w:t>
      </w:r>
      <w:proofErr w:type="gramStart"/>
      <w:r w:rsidR="00410D16">
        <w:rPr>
          <w:b/>
          <w:color w:val="C00000"/>
        </w:rPr>
        <w:t>important :</w:t>
      </w:r>
      <w:proofErr w:type="gramEnd"/>
    </w:p>
    <w:p w:rsidR="003A1318" w:rsidRDefault="003C7D09" w:rsidP="003A1318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</w:pPr>
      <w:proofErr w:type="gramStart"/>
      <w:r>
        <w:t>Un</w:t>
      </w:r>
      <w:proofErr w:type="gramEnd"/>
      <w:r>
        <w:t xml:space="preserve"> dossier complet = formulaire rempli + justificatif (CAF ou impôts).</w:t>
      </w:r>
      <w:r>
        <w:br/>
      </w:r>
      <w:proofErr w:type="gramStart"/>
      <w:r>
        <w:t>Il</w:t>
      </w:r>
      <w:proofErr w:type="gramEnd"/>
      <w:r>
        <w:t xml:space="preserve"> </w:t>
      </w:r>
      <w:proofErr w:type="spellStart"/>
      <w:r>
        <w:t>doit</w:t>
      </w:r>
      <w:proofErr w:type="spellEnd"/>
      <w:r>
        <w:t xml:space="preserve"> </w:t>
      </w:r>
      <w:proofErr w:type="spellStart"/>
      <w:r>
        <w:t>être</w:t>
      </w:r>
      <w:proofErr w:type="spellEnd"/>
      <w:r>
        <w:t xml:space="preserve"> </w:t>
      </w:r>
      <w:proofErr w:type="spellStart"/>
      <w:r>
        <w:t>déposé</w:t>
      </w:r>
      <w:proofErr w:type="spellEnd"/>
      <w:r>
        <w:t xml:space="preserve"> ou </w:t>
      </w:r>
      <w:proofErr w:type="spellStart"/>
      <w:r>
        <w:t>envoyé</w:t>
      </w:r>
      <w:proofErr w:type="spellEnd"/>
      <w:r>
        <w:t xml:space="preserve"> </w:t>
      </w:r>
      <w:r w:rsidR="00410D16">
        <w:t xml:space="preserve">au service </w:t>
      </w:r>
      <w:proofErr w:type="spellStart"/>
      <w:r w:rsidR="00410D16">
        <w:t>d’intendance</w:t>
      </w:r>
      <w:proofErr w:type="spellEnd"/>
      <w:r w:rsidR="00410D16">
        <w:t xml:space="preserve"> de</w:t>
      </w:r>
      <w:r>
        <w:t xml:space="preserve"> </w:t>
      </w:r>
      <w:proofErr w:type="spellStart"/>
      <w:r>
        <w:t>l’établissement</w:t>
      </w:r>
      <w:proofErr w:type="spellEnd"/>
      <w:r>
        <w:t xml:space="preserve"> </w:t>
      </w:r>
      <w:proofErr w:type="spellStart"/>
      <w:r>
        <w:t>avant</w:t>
      </w:r>
      <w:proofErr w:type="spellEnd"/>
      <w:r>
        <w:t xml:space="preserve"> la date </w:t>
      </w:r>
      <w:proofErr w:type="spellStart"/>
      <w:r>
        <w:t>limite</w:t>
      </w:r>
      <w:proofErr w:type="spellEnd"/>
      <w:r>
        <w:t xml:space="preserve"> </w:t>
      </w:r>
      <w:proofErr w:type="spellStart"/>
      <w:r>
        <w:t>communiquée</w:t>
      </w:r>
      <w:proofErr w:type="spellEnd"/>
      <w:r>
        <w:t>.</w:t>
      </w:r>
    </w:p>
    <w:p w:rsidR="003A1318" w:rsidRDefault="003A1318" w:rsidP="003A1318"/>
    <w:p w:rsidR="003A1318" w:rsidRPr="007755FE" w:rsidRDefault="003A1318" w:rsidP="007755FE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jc w:val="center"/>
        <w:rPr>
          <w:rFonts w:ascii="Arial" w:hAnsi="Arial" w:cs="Arial"/>
          <w:b/>
          <w:color w:val="0070C0"/>
          <w:sz w:val="24"/>
          <w:szCs w:val="24"/>
          <w:u w:val="single"/>
        </w:rPr>
      </w:pPr>
      <w:proofErr w:type="spellStart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Mémo</w:t>
      </w:r>
      <w:proofErr w:type="spellEnd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 xml:space="preserve"> sur le FONDS SOCIAL:</w:t>
      </w:r>
      <w:bookmarkStart w:id="0" w:name="_GoBack"/>
      <w:bookmarkEnd w:id="0"/>
    </w:p>
    <w:p w:rsidR="003A1318" w:rsidRPr="007755FE" w:rsidRDefault="003A1318" w:rsidP="003A1318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="Arial" w:hAnsi="Arial" w:cs="Arial"/>
          <w:b/>
          <w:color w:val="0070C0"/>
          <w:sz w:val="24"/>
          <w:szCs w:val="24"/>
          <w:u w:val="single"/>
        </w:rPr>
      </w:pPr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 xml:space="preserve"> </w:t>
      </w:r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 xml:space="preserve">Le </w:t>
      </w:r>
      <w:proofErr w:type="spellStart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Fonds</w:t>
      </w:r>
      <w:proofErr w:type="spellEnd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 xml:space="preserve"> social </w:t>
      </w:r>
      <w:proofErr w:type="spellStart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collégien</w:t>
      </w:r>
      <w:proofErr w:type="spellEnd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 xml:space="preserve"> </w:t>
      </w:r>
      <w:proofErr w:type="gramStart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et</w:t>
      </w:r>
      <w:proofErr w:type="gramEnd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 xml:space="preserve"> </w:t>
      </w:r>
      <w:proofErr w:type="spellStart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lycéen</w:t>
      </w:r>
      <w:proofErr w:type="spellEnd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 xml:space="preserve"> </w:t>
      </w:r>
      <w:proofErr w:type="spellStart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est</w:t>
      </w:r>
      <w:proofErr w:type="spellEnd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 xml:space="preserve"> </w:t>
      </w:r>
      <w:proofErr w:type="spellStart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une</w:t>
      </w:r>
      <w:proofErr w:type="spellEnd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 xml:space="preserve"> aide financière </w:t>
      </w:r>
      <w:proofErr w:type="spellStart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exceptionnelle</w:t>
      </w:r>
      <w:proofErr w:type="spellEnd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 xml:space="preserve"> </w:t>
      </w:r>
      <w:proofErr w:type="spellStart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accordée</w:t>
      </w:r>
      <w:proofErr w:type="spellEnd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 xml:space="preserve"> par </w:t>
      </w:r>
      <w:proofErr w:type="spellStart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l’État</w:t>
      </w:r>
      <w:proofErr w:type="spellEnd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 xml:space="preserve">. </w:t>
      </w:r>
      <w:proofErr w:type="gramStart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Il</w:t>
      </w:r>
      <w:proofErr w:type="gramEnd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 xml:space="preserve"> </w:t>
      </w:r>
      <w:proofErr w:type="spellStart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est</w:t>
      </w:r>
      <w:proofErr w:type="spellEnd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 xml:space="preserve"> </w:t>
      </w:r>
      <w:proofErr w:type="spellStart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destiné</w:t>
      </w:r>
      <w:proofErr w:type="spellEnd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 xml:space="preserve"> à aider les </w:t>
      </w:r>
      <w:proofErr w:type="spellStart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familles</w:t>
      </w:r>
      <w:proofErr w:type="spellEnd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 xml:space="preserve"> </w:t>
      </w:r>
      <w:proofErr w:type="spellStart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rencontrant</w:t>
      </w:r>
      <w:proofErr w:type="spellEnd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 xml:space="preserve"> des </w:t>
      </w:r>
      <w:proofErr w:type="spellStart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difficultés</w:t>
      </w:r>
      <w:proofErr w:type="spellEnd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 xml:space="preserve"> pour faire face aux </w:t>
      </w:r>
      <w:proofErr w:type="spellStart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dépenses</w:t>
      </w:r>
      <w:proofErr w:type="spellEnd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 xml:space="preserve"> de </w:t>
      </w:r>
      <w:proofErr w:type="spellStart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scolarité</w:t>
      </w:r>
      <w:proofErr w:type="spellEnd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 xml:space="preserve"> ou de vie </w:t>
      </w:r>
      <w:proofErr w:type="spellStart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scolaire</w:t>
      </w:r>
      <w:proofErr w:type="spellEnd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.</w:t>
      </w:r>
    </w:p>
    <w:p w:rsidR="003A1318" w:rsidRPr="007755FE" w:rsidRDefault="003A1318" w:rsidP="003A1318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="Arial" w:hAnsi="Arial" w:cs="Arial"/>
          <w:b/>
          <w:color w:val="0070C0"/>
          <w:sz w:val="24"/>
          <w:szCs w:val="24"/>
        </w:rPr>
      </w:pPr>
    </w:p>
    <w:p w:rsidR="003A1318" w:rsidRPr="007755FE" w:rsidRDefault="003A1318" w:rsidP="003A1318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="Arial" w:hAnsi="Arial" w:cs="Arial"/>
          <w:color w:val="0070C0"/>
          <w:sz w:val="24"/>
          <w:szCs w:val="24"/>
        </w:rPr>
      </w:pPr>
      <w:proofErr w:type="spellStart"/>
      <w:r w:rsidRPr="007755FE">
        <w:rPr>
          <w:rFonts w:ascii="Arial" w:hAnsi="Arial" w:cs="Arial"/>
          <w:b/>
          <w:color w:val="0070C0"/>
          <w:sz w:val="24"/>
          <w:szCs w:val="24"/>
          <w:u w:val="single"/>
        </w:rPr>
        <w:t>Objectifs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>:</w:t>
      </w:r>
    </w:p>
    <w:p w:rsidR="003A1318" w:rsidRPr="007755FE" w:rsidRDefault="003A1318" w:rsidP="003A1318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="Arial" w:hAnsi="Arial" w:cs="Arial"/>
          <w:color w:val="0070C0"/>
          <w:sz w:val="24"/>
          <w:szCs w:val="24"/>
        </w:rPr>
      </w:pPr>
      <w:r w:rsidRPr="007755FE">
        <w:rPr>
          <w:rFonts w:ascii="Arial" w:hAnsi="Arial" w:cs="Arial"/>
          <w:color w:val="0070C0"/>
          <w:sz w:val="24"/>
          <w:szCs w:val="24"/>
        </w:rPr>
        <w:sym w:font="Wingdings" w:char="F0E0"/>
      </w:r>
      <w:r w:rsidRPr="007755FE">
        <w:rPr>
          <w:rFonts w:ascii="Arial" w:hAnsi="Arial" w:cs="Arial"/>
          <w:color w:val="0070C0"/>
          <w:sz w:val="24"/>
          <w:szCs w:val="24"/>
        </w:rPr>
        <w:t xml:space="preserve">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Soutenir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les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familles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en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difficulté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économique.</w:t>
      </w:r>
      <w:proofErr w:type="spellEnd"/>
    </w:p>
    <w:p w:rsidR="003A1318" w:rsidRPr="007755FE" w:rsidRDefault="003A1318" w:rsidP="003A1318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="Arial" w:hAnsi="Arial" w:cs="Arial"/>
          <w:color w:val="0070C0"/>
          <w:sz w:val="24"/>
          <w:szCs w:val="24"/>
        </w:rPr>
      </w:pPr>
      <w:r w:rsidRPr="007755FE">
        <w:rPr>
          <w:rFonts w:ascii="Arial" w:hAnsi="Arial" w:cs="Arial"/>
          <w:color w:val="0070C0"/>
          <w:sz w:val="24"/>
          <w:szCs w:val="24"/>
        </w:rPr>
        <w:sym w:font="Wingdings" w:char="F0E0"/>
      </w:r>
      <w:r w:rsidRPr="007755FE">
        <w:rPr>
          <w:rFonts w:ascii="Arial" w:hAnsi="Arial" w:cs="Arial"/>
          <w:color w:val="0070C0"/>
          <w:sz w:val="24"/>
          <w:szCs w:val="24"/>
        </w:rPr>
        <w:t xml:space="preserve">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Éviter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que des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élèves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soient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exclus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d’activités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ou de services scolaires pour des raisons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financières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>.</w:t>
      </w:r>
    </w:p>
    <w:p w:rsidR="003A1318" w:rsidRPr="007755FE" w:rsidRDefault="003A1318" w:rsidP="003A1318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="Arial" w:hAnsi="Arial" w:cs="Arial"/>
          <w:sz w:val="24"/>
          <w:szCs w:val="24"/>
        </w:rPr>
      </w:pPr>
      <w:r w:rsidRPr="007755FE">
        <w:rPr>
          <w:rFonts w:ascii="Arial" w:hAnsi="Arial" w:cs="Arial"/>
          <w:color w:val="0070C0"/>
          <w:sz w:val="24"/>
          <w:szCs w:val="24"/>
        </w:rPr>
        <w:t xml:space="preserve">Les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dépenses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concernées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sont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les voyages ou sorties scolaires, les frais de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restaurations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scolaire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, les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fournitures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scolaires,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etc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>…</w:t>
      </w:r>
    </w:p>
    <w:p w:rsidR="003A1318" w:rsidRPr="007755FE" w:rsidRDefault="003A1318" w:rsidP="003A1318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="Arial" w:hAnsi="Arial" w:cs="Arial"/>
          <w:b/>
          <w:color w:val="0070C0"/>
          <w:sz w:val="24"/>
          <w:szCs w:val="24"/>
        </w:rPr>
      </w:pPr>
    </w:p>
    <w:p w:rsidR="003A1318" w:rsidRPr="007755FE" w:rsidRDefault="003A1318" w:rsidP="003A1318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="Arial" w:hAnsi="Arial" w:cs="Arial"/>
          <w:color w:val="0070C0"/>
          <w:sz w:val="24"/>
          <w:szCs w:val="24"/>
        </w:rPr>
      </w:pPr>
      <w:proofErr w:type="spellStart"/>
      <w:r w:rsidRPr="007755FE">
        <w:rPr>
          <w:rFonts w:ascii="Arial" w:hAnsi="Arial" w:cs="Arial"/>
          <w:b/>
          <w:color w:val="0070C0"/>
          <w:sz w:val="24"/>
          <w:szCs w:val="24"/>
        </w:rPr>
        <w:t>Procédure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: </w:t>
      </w:r>
    </w:p>
    <w:p w:rsidR="003A1318" w:rsidRPr="007755FE" w:rsidRDefault="003A1318" w:rsidP="003A1318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="Arial" w:hAnsi="Arial" w:cs="Arial"/>
          <w:color w:val="0070C0"/>
          <w:sz w:val="24"/>
          <w:szCs w:val="24"/>
        </w:rPr>
      </w:pPr>
      <w:r w:rsidRPr="007755FE">
        <w:rPr>
          <w:rFonts w:ascii="Arial" w:hAnsi="Arial" w:cs="Arial"/>
          <w:color w:val="0070C0"/>
          <w:sz w:val="24"/>
          <w:szCs w:val="24"/>
        </w:rPr>
        <w:t xml:space="preserve">1.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Dépôt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de la </w:t>
      </w:r>
      <w:proofErr w:type="spellStart"/>
      <w:proofErr w:type="gramStart"/>
      <w:r w:rsidRPr="007755FE">
        <w:rPr>
          <w:rFonts w:ascii="Arial" w:hAnsi="Arial" w:cs="Arial"/>
          <w:color w:val="0070C0"/>
          <w:sz w:val="24"/>
          <w:szCs w:val="24"/>
        </w:rPr>
        <w:t>demande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:</w:t>
      </w:r>
      <w:proofErr w:type="gramEnd"/>
      <w:r w:rsidRPr="007755FE">
        <w:rPr>
          <w:rFonts w:ascii="Arial" w:hAnsi="Arial" w:cs="Arial"/>
          <w:color w:val="0070C0"/>
          <w:sz w:val="24"/>
          <w:szCs w:val="24"/>
        </w:rPr>
        <w:t xml:space="preserve">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formulaire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à demander au service de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l’intendance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>.</w:t>
      </w:r>
    </w:p>
    <w:p w:rsidR="003A1318" w:rsidRPr="007755FE" w:rsidRDefault="003A1318" w:rsidP="003A1318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="Arial" w:hAnsi="Arial" w:cs="Arial"/>
          <w:color w:val="0070C0"/>
          <w:sz w:val="24"/>
          <w:szCs w:val="24"/>
        </w:rPr>
      </w:pPr>
      <w:r w:rsidRPr="007755FE">
        <w:rPr>
          <w:rFonts w:ascii="Arial" w:hAnsi="Arial" w:cs="Arial"/>
          <w:color w:val="0070C0"/>
          <w:sz w:val="24"/>
          <w:szCs w:val="24"/>
        </w:rPr>
        <w:t xml:space="preserve">2. Constitution du </w:t>
      </w:r>
      <w:proofErr w:type="gramStart"/>
      <w:r w:rsidRPr="007755FE">
        <w:rPr>
          <w:rFonts w:ascii="Arial" w:hAnsi="Arial" w:cs="Arial"/>
          <w:color w:val="0070C0"/>
          <w:sz w:val="24"/>
          <w:szCs w:val="24"/>
        </w:rPr>
        <w:t>dossier :</w:t>
      </w:r>
      <w:proofErr w:type="gramEnd"/>
      <w:r w:rsidRPr="007755FE">
        <w:rPr>
          <w:rFonts w:ascii="Arial" w:hAnsi="Arial" w:cs="Arial"/>
          <w:color w:val="0070C0"/>
          <w:sz w:val="24"/>
          <w:szCs w:val="24"/>
        </w:rPr>
        <w:t xml:space="preserve">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justificatifs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de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ressources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, situation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familiale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>, charges.</w:t>
      </w:r>
    </w:p>
    <w:p w:rsidR="003A1318" w:rsidRPr="007755FE" w:rsidRDefault="003A1318" w:rsidP="003A1318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="Arial" w:hAnsi="Arial" w:cs="Arial"/>
          <w:color w:val="0070C0"/>
          <w:sz w:val="24"/>
          <w:szCs w:val="24"/>
        </w:rPr>
      </w:pPr>
      <w:r w:rsidRPr="007755FE">
        <w:rPr>
          <w:rFonts w:ascii="Arial" w:hAnsi="Arial" w:cs="Arial"/>
          <w:color w:val="0070C0"/>
          <w:sz w:val="24"/>
          <w:szCs w:val="24"/>
        </w:rPr>
        <w:t xml:space="preserve">3.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Examen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par la </w:t>
      </w:r>
      <w:proofErr w:type="gramStart"/>
      <w:r w:rsidRPr="007755FE">
        <w:rPr>
          <w:rFonts w:ascii="Arial" w:hAnsi="Arial" w:cs="Arial"/>
          <w:color w:val="0070C0"/>
          <w:sz w:val="24"/>
          <w:szCs w:val="24"/>
        </w:rPr>
        <w:t>commission :</w:t>
      </w:r>
      <w:proofErr w:type="gramEnd"/>
      <w:r w:rsidRPr="007755FE">
        <w:rPr>
          <w:rFonts w:ascii="Arial" w:hAnsi="Arial" w:cs="Arial"/>
          <w:color w:val="0070C0"/>
          <w:sz w:val="24"/>
          <w:szCs w:val="24"/>
        </w:rPr>
        <w:t xml:space="preserve">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présidée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par le chef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d’établissement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>.</w:t>
      </w:r>
    </w:p>
    <w:p w:rsidR="003A1318" w:rsidRPr="007755FE" w:rsidRDefault="003A1318" w:rsidP="003A1318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rFonts w:ascii="Arial" w:hAnsi="Arial" w:cs="Arial"/>
          <w:color w:val="0070C0"/>
          <w:sz w:val="24"/>
          <w:szCs w:val="24"/>
        </w:rPr>
      </w:pPr>
      <w:r w:rsidRPr="007755FE">
        <w:rPr>
          <w:rFonts w:ascii="Arial" w:hAnsi="Arial" w:cs="Arial"/>
          <w:color w:val="0070C0"/>
          <w:sz w:val="24"/>
          <w:szCs w:val="24"/>
        </w:rPr>
        <w:t xml:space="preserve">4. </w:t>
      </w:r>
      <w:proofErr w:type="spellStart"/>
      <w:proofErr w:type="gramStart"/>
      <w:r w:rsidRPr="007755FE">
        <w:rPr>
          <w:rFonts w:ascii="Arial" w:hAnsi="Arial" w:cs="Arial"/>
          <w:color w:val="0070C0"/>
          <w:sz w:val="24"/>
          <w:szCs w:val="24"/>
        </w:rPr>
        <w:t>Décision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:</w:t>
      </w:r>
      <w:proofErr w:type="gramEnd"/>
      <w:r w:rsidRPr="007755FE">
        <w:rPr>
          <w:rFonts w:ascii="Arial" w:hAnsi="Arial" w:cs="Arial"/>
          <w:color w:val="0070C0"/>
          <w:sz w:val="24"/>
          <w:szCs w:val="24"/>
        </w:rPr>
        <w:t xml:space="preserve"> attribution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totale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,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partielle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ou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refus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,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puis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notification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écrite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 xml:space="preserve"> à la </w:t>
      </w:r>
      <w:proofErr w:type="spellStart"/>
      <w:r w:rsidRPr="007755FE">
        <w:rPr>
          <w:rFonts w:ascii="Arial" w:hAnsi="Arial" w:cs="Arial"/>
          <w:color w:val="0070C0"/>
          <w:sz w:val="24"/>
          <w:szCs w:val="24"/>
        </w:rPr>
        <w:t>famille</w:t>
      </w:r>
      <w:proofErr w:type="spellEnd"/>
      <w:r w:rsidRPr="007755FE">
        <w:rPr>
          <w:rFonts w:ascii="Arial" w:hAnsi="Arial" w:cs="Arial"/>
          <w:color w:val="0070C0"/>
          <w:sz w:val="24"/>
          <w:szCs w:val="24"/>
        </w:rPr>
        <w:t>.</w:t>
      </w:r>
    </w:p>
    <w:p w:rsidR="00D45986" w:rsidRDefault="00D45986" w:rsidP="003A1318"/>
    <w:sectPr w:rsidR="00D45986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enum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enum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epuc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epuc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404316DC"/>
    <w:multiLevelType w:val="hybridMultilevel"/>
    <w:tmpl w:val="4B7077A0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730"/>
    <w:rsid w:val="00034616"/>
    <w:rsid w:val="0006063C"/>
    <w:rsid w:val="000B7312"/>
    <w:rsid w:val="0015074B"/>
    <w:rsid w:val="0029639D"/>
    <w:rsid w:val="00326F90"/>
    <w:rsid w:val="003A1318"/>
    <w:rsid w:val="003C7D09"/>
    <w:rsid w:val="00410D16"/>
    <w:rsid w:val="007755FE"/>
    <w:rsid w:val="00AA1D8D"/>
    <w:rsid w:val="00B47730"/>
    <w:rsid w:val="00CB0664"/>
    <w:rsid w:val="00D45986"/>
    <w:rsid w:val="00E319B2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  <w15:docId w15:val="{EE7C8417-1856-4AA9-A95C-6E674636B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693F"/>
  </w:style>
  <w:style w:type="paragraph" w:styleId="Titre1">
    <w:name w:val="heading 1"/>
    <w:basedOn w:val="Normal"/>
    <w:next w:val="Normal"/>
    <w:link w:val="Titre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618BF"/>
  </w:style>
  <w:style w:type="paragraph" w:styleId="Pieddepage">
    <w:name w:val="footer"/>
    <w:basedOn w:val="Normal"/>
    <w:link w:val="Pieddepag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618BF"/>
  </w:style>
  <w:style w:type="paragraph" w:styleId="Sansinterligne">
    <w:name w:val="No Spacing"/>
    <w:uiPriority w:val="1"/>
    <w:qFormat/>
    <w:rsid w:val="00FC693F"/>
    <w:pPr>
      <w:spacing w:after="0" w:line="240" w:lineRule="auto"/>
    </w:pPr>
  </w:style>
  <w:style w:type="character" w:customStyle="1" w:styleId="Titre1Car">
    <w:name w:val="Titre 1 Car"/>
    <w:basedOn w:val="Policepardfaut"/>
    <w:link w:val="Titre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">
    <w:name w:val="Title"/>
    <w:basedOn w:val="Normal"/>
    <w:next w:val="Normal"/>
    <w:link w:val="Titre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sdetexte">
    <w:name w:val="Body Text"/>
    <w:basedOn w:val="Normal"/>
    <w:link w:val="CorpsdetexteCar"/>
    <w:uiPriority w:val="99"/>
    <w:unhideWhenUsed/>
    <w:rsid w:val="00AA1D8D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AA1D8D"/>
  </w:style>
  <w:style w:type="paragraph" w:styleId="Corpsdetexte2">
    <w:name w:val="Body Text 2"/>
    <w:basedOn w:val="Normal"/>
    <w:link w:val="Corpsdetexte2Car"/>
    <w:uiPriority w:val="99"/>
    <w:unhideWhenUsed/>
    <w:rsid w:val="00AA1D8D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rsid w:val="00AA1D8D"/>
  </w:style>
  <w:style w:type="paragraph" w:styleId="Corpsdetexte3">
    <w:name w:val="Body Text 3"/>
    <w:basedOn w:val="Normal"/>
    <w:link w:val="Corpsdetex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rsid w:val="00AA1D8D"/>
    <w:rPr>
      <w:sz w:val="16"/>
      <w:szCs w:val="16"/>
    </w:rPr>
  </w:style>
  <w:style w:type="paragraph" w:styleId="Liste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epuc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epuc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epuc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enum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enum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enum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e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e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e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edemacro">
    <w:name w:val="macro"/>
    <w:link w:val="Textede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edemacroCar">
    <w:name w:val="Texte de macro Car"/>
    <w:basedOn w:val="Policepardfaut"/>
    <w:link w:val="Textedemacro"/>
    <w:uiPriority w:val="99"/>
    <w:rsid w:val="0029639D"/>
    <w:rPr>
      <w:rFonts w:ascii="Courier" w:hAnsi="Courier"/>
      <w:sz w:val="20"/>
      <w:szCs w:val="20"/>
    </w:rPr>
  </w:style>
  <w:style w:type="paragraph" w:styleId="Citation">
    <w:name w:val="Quote"/>
    <w:basedOn w:val="Normal"/>
    <w:next w:val="Normal"/>
    <w:link w:val="CitationCar"/>
    <w:uiPriority w:val="29"/>
    <w:qFormat/>
    <w:rsid w:val="00FC693F"/>
    <w:rPr>
      <w:i/>
      <w:iCs/>
      <w:color w:val="000000" w:themeColor="text1"/>
    </w:rPr>
  </w:style>
  <w:style w:type="character" w:customStyle="1" w:styleId="CitationCar">
    <w:name w:val="Citation Car"/>
    <w:basedOn w:val="Policepardfaut"/>
    <w:link w:val="Citation"/>
    <w:uiPriority w:val="29"/>
    <w:rsid w:val="00FC693F"/>
    <w:rPr>
      <w:i/>
      <w:iCs/>
      <w:color w:val="000000" w:themeColor="text1"/>
    </w:rPr>
  </w:style>
  <w:style w:type="character" w:customStyle="1" w:styleId="Titre4Car">
    <w:name w:val="Titre 4 Car"/>
    <w:basedOn w:val="Policepardfaut"/>
    <w:link w:val="Titre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re5Car">
    <w:name w:val="Titre 5 Car"/>
    <w:basedOn w:val="Policepardfaut"/>
    <w:link w:val="Titre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re6Car">
    <w:name w:val="Titre 6 Car"/>
    <w:basedOn w:val="Policepardfaut"/>
    <w:link w:val="Titre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re8Car">
    <w:name w:val="Titre 8 Car"/>
    <w:basedOn w:val="Policepardfaut"/>
    <w:link w:val="Titre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lev">
    <w:name w:val="Strong"/>
    <w:basedOn w:val="Policepardfaut"/>
    <w:uiPriority w:val="22"/>
    <w:qFormat/>
    <w:rsid w:val="00FC693F"/>
    <w:rPr>
      <w:b/>
      <w:bCs/>
    </w:rPr>
  </w:style>
  <w:style w:type="character" w:styleId="Accentuation">
    <w:name w:val="Emphasis"/>
    <w:basedOn w:val="Policepardfaut"/>
    <w:uiPriority w:val="20"/>
    <w:qFormat/>
    <w:rsid w:val="00FC693F"/>
    <w:rPr>
      <w:i/>
      <w:i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C693F"/>
    <w:rPr>
      <w:b/>
      <w:bCs/>
      <w:i/>
      <w:iCs/>
      <w:color w:val="4F81BD" w:themeColor="accent1"/>
    </w:rPr>
  </w:style>
  <w:style w:type="character" w:styleId="Emphaseple">
    <w:name w:val="Subtle Emphasis"/>
    <w:basedOn w:val="Policepardfaut"/>
    <w:uiPriority w:val="19"/>
    <w:qFormat/>
    <w:rsid w:val="00FC693F"/>
    <w:rPr>
      <w:i/>
      <w:iCs/>
      <w:color w:val="808080" w:themeColor="text1" w:themeTint="7F"/>
    </w:rPr>
  </w:style>
  <w:style w:type="character" w:styleId="Emphaseintense">
    <w:name w:val="Intense Emphasis"/>
    <w:basedOn w:val="Policepardfaut"/>
    <w:uiPriority w:val="21"/>
    <w:qFormat/>
    <w:rsid w:val="00FC693F"/>
    <w:rPr>
      <w:b/>
      <w:bCs/>
      <w:i/>
      <w:iCs/>
      <w:color w:val="4F81BD" w:themeColor="accent1"/>
    </w:rPr>
  </w:style>
  <w:style w:type="character" w:styleId="Rfrenceple">
    <w:name w:val="Subtle Reference"/>
    <w:basedOn w:val="Policepardfaut"/>
    <w:uiPriority w:val="31"/>
    <w:qFormat/>
    <w:rsid w:val="00FC693F"/>
    <w:rPr>
      <w:smallCaps/>
      <w:color w:val="C0504D" w:themeColor="accent2"/>
      <w:u w:val="single"/>
    </w:rPr>
  </w:style>
  <w:style w:type="character" w:styleId="Rfrenceintense">
    <w:name w:val="Intense Reference"/>
    <w:basedOn w:val="Policepardfau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redulivre">
    <w:name w:val="Book Title"/>
    <w:basedOn w:val="Policepardfaut"/>
    <w:uiPriority w:val="33"/>
    <w:qFormat/>
    <w:rsid w:val="00FC693F"/>
    <w:rPr>
      <w:b/>
      <w:bCs/>
      <w:smallCaps/>
      <w:spacing w:val="5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FC693F"/>
    <w:pPr>
      <w:outlineLvl w:val="9"/>
    </w:pPr>
  </w:style>
  <w:style w:type="table" w:styleId="Grilledutableau">
    <w:name w:val="Table Grid"/>
    <w:basedOn w:val="Tableau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mbrageclair">
    <w:name w:val="Light Shading"/>
    <w:basedOn w:val="Tableau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rameclaire-Accent1">
    <w:name w:val="Light Shading Accent 1"/>
    <w:basedOn w:val="Tableau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Trameclaire-Accent2">
    <w:name w:val="Light Shading Accent 2"/>
    <w:basedOn w:val="Tableau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Trameclaire-Accent3">
    <w:name w:val="Light Shading Accent 3"/>
    <w:basedOn w:val="Tableau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Trameclaire-Accent4">
    <w:name w:val="Light Shading Accent 4"/>
    <w:basedOn w:val="Tableau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Trameclaire-Accent5">
    <w:name w:val="Light Shading Accent 5"/>
    <w:basedOn w:val="Tableau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Trameclaire-Accent6">
    <w:name w:val="Light Shading Accent 6"/>
    <w:basedOn w:val="Tableau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eclaire">
    <w:name w:val="Light List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eclaire-Accent1">
    <w:name w:val="Light List Accent 1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eclaire-Accent2">
    <w:name w:val="Light List Accent 2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eclaire-Accent3">
    <w:name w:val="Light List Accent 3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eclaire-Accent4">
    <w:name w:val="Light List Accent 4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eclaire-Accent5">
    <w:name w:val="Light List Accent 5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eclaire-Accent6">
    <w:name w:val="Light List Accent 6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lleclaire">
    <w:name w:val="Light Grid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lleclaire-Accent1">
    <w:name w:val="Light Grid Accent 1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lleclaire-Accent2">
    <w:name w:val="Light Grid Accent 2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lleclaire-Accent3">
    <w:name w:val="Light Grid Accent 3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lleclaire-Accent4">
    <w:name w:val="Light Grid Accent 4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lleclaire-Accent5">
    <w:name w:val="Light Grid Accent 5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lleclaire-Accent6">
    <w:name w:val="Light Grid Accent 6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Tramemoyenne1">
    <w:name w:val="Medium Shading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1">
    <w:name w:val="Medium Shading 1 Accent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2">
    <w:name w:val="Medium Shading 1 Accent 2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3">
    <w:name w:val="Medium Shading 1 Accent 3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4">
    <w:name w:val="Medium Shading 1 Accent 4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5">
    <w:name w:val="Medium Shading 1 Accent 5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6">
    <w:name w:val="Medium Shading 1 Accent 6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2">
    <w:name w:val="Medium Shading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1">
    <w:name w:val="Medium Shading 2 Accent 1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2">
    <w:name w:val="Medium Shading 2 Accent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3">
    <w:name w:val="Medium Shading 2 Accent 3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4">
    <w:name w:val="Medium Shading 2 Accent 4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5">
    <w:name w:val="Medium Shading 2 Accent 5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6">
    <w:name w:val="Medium Shading 2 Accent 6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emoyenne1">
    <w:name w:val="Medium Lis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emoyenne1-Accent1">
    <w:name w:val="Medium List 1 Accen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emoyenne1-Accent2">
    <w:name w:val="Medium List 1 Accent 2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emoyenne1-Accent3">
    <w:name w:val="Medium List 1 Accent 3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emoyenne1-Accent4">
    <w:name w:val="Medium List 1 Accent 4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emoyenne1-Accent5">
    <w:name w:val="Medium List 1 Accent 5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emoyenne1-Accent6">
    <w:name w:val="Medium List 1 Accent 6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emoyenne2">
    <w:name w:val="Medium Lis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1">
    <w:name w:val="Medium List 2 Accent 1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2">
    <w:name w:val="Medium List 2 Accen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3">
    <w:name w:val="Medium List 2 Accent 3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4">
    <w:name w:val="Medium List 2 Accent 4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5">
    <w:name w:val="Medium List 2 Accent 5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6">
    <w:name w:val="Medium List 2 Accent 6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llemoyenne1">
    <w:name w:val="Medium Grid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moyenne1-Accent1">
    <w:name w:val="Medium Grid 1 Accent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moyenne1-Accent2">
    <w:name w:val="Medium Grid 1 Accent 2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moyenne1-Accent3">
    <w:name w:val="Medium Grid 1 Accent 3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moyenne1-Accent4">
    <w:name w:val="Medium Grid 1 Accent 4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moyenne1-Accent5">
    <w:name w:val="Medium Grid 1 Accent 5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moyenne1-Accent6">
    <w:name w:val="Medium Grid 1 Accent 6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llemoyenne2">
    <w:name w:val="Medium Grid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1">
    <w:name w:val="Medium Grid 2 Accent 1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2">
    <w:name w:val="Medium Grid 2 Accent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3">
    <w:name w:val="Medium Grid 2 Accent 3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4">
    <w:name w:val="Medium Grid 2 Accent 4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5">
    <w:name w:val="Medium Grid 2 Accent 5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6">
    <w:name w:val="Medium Grid 2 Accent 6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3">
    <w:name w:val="Medium Grid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llemoyenne3-Accent1">
    <w:name w:val="Medium Grid 3 Accent 1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llemoyenne3-Accent2">
    <w:name w:val="Medium Grid 3 Accent 2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llemoyenne3-Accent3">
    <w:name w:val="Medium Grid 3 Accent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llemoyenne3-Accent4">
    <w:name w:val="Medium Grid 3 Accent 4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llemoyenne3-Accent5">
    <w:name w:val="Medium Grid 3 Accent 5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llemoyenne3-Accent6">
    <w:name w:val="Medium Grid 3 Accent 6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efonce">
    <w:name w:val="Dark List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efonce-Accent1">
    <w:name w:val="Dark List Accent 1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efonce-Accent2">
    <w:name w:val="Dark List Accent 2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efonce-Accent3">
    <w:name w:val="Dark List Accent 3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efonce-Accent4">
    <w:name w:val="Dark List Accent 4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efonce-Accent5">
    <w:name w:val="Dark List Accent 5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efonce-Accent6">
    <w:name w:val="Dark List Accent 6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Tramecouleur">
    <w:name w:val="Colorful Shading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1">
    <w:name w:val="Colorful Shading Accent 1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2">
    <w:name w:val="Colorful Shading Accent 2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3">
    <w:name w:val="Colorful Shading Accent 3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Tramecouleur-Accent4">
    <w:name w:val="Colorful Shading Accent 4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5">
    <w:name w:val="Colorful Shading Accent 5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6">
    <w:name w:val="Colorful Shading Accent 6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ecouleur">
    <w:name w:val="Colorful List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couleur-Accent1">
    <w:name w:val="Colorful List Accent 1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couleur-Accent2">
    <w:name w:val="Colorful List Accent 2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3">
    <w:name w:val="Colorful List Accent 3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couleur-Accent4">
    <w:name w:val="Colorful List Accent 4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couleur-Accent5">
    <w:name w:val="Colorful List Accent 5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couleur-Accent6">
    <w:name w:val="Colorful List Accent 6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couleur">
    <w:name w:val="Colorful Grid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couleur-Accent1">
    <w:name w:val="Colorful Grid Accent 1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couleur-Accent2">
    <w:name w:val="Colorful Grid Accent 2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couleur-Accent3">
    <w:name w:val="Colorful Grid Accent 3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couleur-Accent4">
    <w:name w:val="Colorful Grid Accent 4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couleur-Accent5">
    <w:name w:val="Colorful Grid Accent 5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couleur-Accent6">
    <w:name w:val="Colorful Grid Accent 6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Textedebulles">
    <w:name w:val="Balloon Text"/>
    <w:basedOn w:val="Normal"/>
    <w:link w:val="TextedebullesCar"/>
    <w:uiPriority w:val="99"/>
    <w:semiHidden/>
    <w:unhideWhenUsed/>
    <w:rsid w:val="003C7D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C7D0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1D6086C2-4EB3-419C-B833-FCCC746F7F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428</Words>
  <Characters>2355</Characters>
  <Application>Microsoft Office Word</Application>
  <DocSecurity>0</DocSecurity>
  <Lines>19</Lines>
  <Paragraphs>5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2778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intendant</cp:lastModifiedBy>
  <cp:revision>5</cp:revision>
  <cp:lastPrinted>2025-09-29T09:22:00Z</cp:lastPrinted>
  <dcterms:created xsi:type="dcterms:W3CDTF">2025-09-29T07:18:00Z</dcterms:created>
  <dcterms:modified xsi:type="dcterms:W3CDTF">2025-09-29T09:22:00Z</dcterms:modified>
  <cp:category/>
</cp:coreProperties>
</file>