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39C846" w14:textId="3169F38C" w:rsidR="005F11FF" w:rsidRDefault="00A10591">
      <w:r>
        <w:rPr>
          <w:noProof/>
          <w:lang w:val="fr-FR" w:eastAsia="fr-FR"/>
        </w:rPr>
        <w:drawing>
          <wp:inline distT="0" distB="0" distL="0" distR="0" wp14:anchorId="48B103B9" wp14:editId="6EE80428">
            <wp:extent cx="2743200" cy="1139952"/>
            <wp:effectExtent l="0" t="0" r="0" b="3175"/>
            <wp:docPr id="1500919615" name="Image 1" descr="Une image contenant texte, Police, capture d’écran, logo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0919615" name="Image 1" descr="Une image contenant texte, Police, capture d’écran, logo&#10;&#10;Le contenu généré par l’IA peut être incorrec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139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C097A3" w14:textId="77777777" w:rsidR="00A10591" w:rsidRDefault="00A10591"/>
    <w:p w14:paraId="3EDDFED8" w14:textId="0CE58FDD" w:rsidR="005F11FF" w:rsidRPr="00A10591" w:rsidRDefault="0023174D" w:rsidP="00A105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4F81BD" w:themeColor="accent1"/>
          <w:u w:val="single"/>
        </w:rPr>
      </w:pPr>
      <w:r w:rsidRPr="00A10591">
        <w:rPr>
          <w:b/>
          <w:color w:val="4F81BD" w:themeColor="accent1"/>
          <w:sz w:val="32"/>
          <w:u w:val="single"/>
        </w:rPr>
        <w:t>DEMANDE D’AIDE PONCTUELLE</w:t>
      </w:r>
      <w:r w:rsidRPr="00A10591">
        <w:rPr>
          <w:b/>
          <w:color w:val="4F81BD" w:themeColor="accent1"/>
          <w:sz w:val="32"/>
          <w:u w:val="single"/>
        </w:rPr>
        <w:br/>
        <w:t>AU TITRE DES FONDS SOCIAUX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640"/>
      </w:tblGrid>
      <w:tr w:rsidR="005F11FF" w14:paraId="40ED19D8" w14:textId="77777777">
        <w:tc>
          <w:tcPr>
            <w:tcW w:w="8640" w:type="dxa"/>
          </w:tcPr>
          <w:p w14:paraId="74B0E278" w14:textId="77777777" w:rsidR="005F11FF" w:rsidRDefault="0023174D" w:rsidP="00A10591">
            <w:pPr>
              <w:jc w:val="right"/>
            </w:pPr>
            <w:r>
              <w:t>Date de la demande : ....................................................</w:t>
            </w:r>
          </w:p>
        </w:tc>
      </w:tr>
    </w:tbl>
    <w:p w14:paraId="0069A739" w14:textId="77777777" w:rsidR="002305F8" w:rsidRDefault="002305F8" w:rsidP="009B4C94">
      <w:pPr>
        <w:rPr>
          <w:rFonts w:ascii="Arial" w:hAnsi="Arial" w:cs="Arial"/>
          <w:b/>
          <w:color w:val="0070C0"/>
          <w:sz w:val="24"/>
          <w:szCs w:val="24"/>
          <w:u w:val="single"/>
        </w:rPr>
      </w:pPr>
    </w:p>
    <w:p w14:paraId="5B237C03" w14:textId="77777777" w:rsidR="005F11FF" w:rsidRPr="002305F8" w:rsidRDefault="0023174D" w:rsidP="009B4C94">
      <w:pPr>
        <w:rPr>
          <w:rFonts w:ascii="Arial" w:hAnsi="Arial" w:cs="Arial"/>
          <w:sz w:val="24"/>
          <w:szCs w:val="24"/>
          <w:u w:val="single"/>
        </w:rPr>
      </w:pPr>
      <w:r w:rsidRPr="002305F8">
        <w:rPr>
          <w:rFonts w:ascii="Arial" w:hAnsi="Arial" w:cs="Arial"/>
          <w:b/>
          <w:color w:val="0070C0"/>
          <w:sz w:val="24"/>
          <w:szCs w:val="24"/>
          <w:u w:val="single"/>
        </w:rPr>
        <w:t>1. RENSEIGNEMENTS SUR L’ÉLÈVE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640"/>
      </w:tblGrid>
      <w:tr w:rsidR="005F11FF" w:rsidRPr="00A10591" w14:paraId="6E1FA346" w14:textId="77777777">
        <w:tc>
          <w:tcPr>
            <w:tcW w:w="8640" w:type="dxa"/>
          </w:tcPr>
          <w:p w14:paraId="2E61EC60" w14:textId="77777777" w:rsidR="005F11FF" w:rsidRPr="002305F8" w:rsidRDefault="0023174D" w:rsidP="002305F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2305F8">
              <w:rPr>
                <w:rFonts w:ascii="Arial" w:hAnsi="Arial" w:cs="Arial"/>
                <w:sz w:val="24"/>
                <w:szCs w:val="24"/>
              </w:rPr>
              <w:t>Nom et prénom</w:t>
            </w:r>
            <w:r w:rsidRPr="002305F8">
              <w:rPr>
                <w:rFonts w:ascii="Arial" w:hAnsi="Arial" w:cs="Arial"/>
                <w:sz w:val="24"/>
                <w:szCs w:val="24"/>
              </w:rPr>
              <w:t xml:space="preserve"> : ........................................................</w:t>
            </w:r>
          </w:p>
          <w:p w14:paraId="2CB350A1" w14:textId="7C5C0783" w:rsidR="0047791F" w:rsidRPr="002305F8" w:rsidRDefault="0047791F" w:rsidP="002305F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2305F8">
              <w:rPr>
                <w:rFonts w:ascii="Arial" w:hAnsi="Arial" w:cs="Arial"/>
                <w:sz w:val="24"/>
                <w:szCs w:val="24"/>
              </w:rPr>
              <w:t>Adresse:</w:t>
            </w:r>
            <w:r w:rsidR="002305F8">
              <w:rPr>
                <w:rFonts w:ascii="Arial" w:hAnsi="Arial" w:cs="Arial"/>
                <w:sz w:val="24"/>
                <w:szCs w:val="24"/>
              </w:rPr>
              <w:t xml:space="preserve"> …………………………………………………</w:t>
            </w:r>
          </w:p>
          <w:p w14:paraId="7DB5E754" w14:textId="1DF06722" w:rsidR="005F11FF" w:rsidRPr="002305F8" w:rsidRDefault="0023174D" w:rsidP="002305F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2305F8">
              <w:rPr>
                <w:rFonts w:ascii="Arial" w:hAnsi="Arial" w:cs="Arial"/>
                <w:sz w:val="24"/>
                <w:szCs w:val="24"/>
              </w:rPr>
              <w:t>Classe : ........................</w:t>
            </w:r>
            <w:r w:rsidR="002305F8">
              <w:rPr>
                <w:rFonts w:ascii="Arial" w:hAnsi="Arial" w:cs="Arial"/>
                <w:sz w:val="24"/>
                <w:szCs w:val="24"/>
              </w:rPr>
              <w:t>..................</w:t>
            </w:r>
          </w:p>
          <w:p w14:paraId="46787428" w14:textId="11B66CAB" w:rsidR="005F11FF" w:rsidRPr="002305F8" w:rsidRDefault="0023174D" w:rsidP="002305F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2305F8">
              <w:rPr>
                <w:rFonts w:ascii="Arial" w:hAnsi="Arial" w:cs="Arial"/>
                <w:sz w:val="24"/>
                <w:szCs w:val="24"/>
              </w:rPr>
              <w:t xml:space="preserve">Régime : </w:t>
            </w:r>
            <w:r w:rsidR="002305F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305F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="002305F8">
              <w:rPr>
                <w:rFonts w:ascii="Arial" w:hAnsi="Arial" w:cs="Arial"/>
                <w:sz w:val="24"/>
                <w:szCs w:val="24"/>
              </w:rPr>
              <w:t xml:space="preserve"> Externe  </w:t>
            </w:r>
            <w:r w:rsidRPr="002305F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2305F8">
              <w:rPr>
                <w:rFonts w:ascii="Arial" w:hAnsi="Arial" w:cs="Arial"/>
                <w:sz w:val="24"/>
                <w:szCs w:val="24"/>
              </w:rPr>
              <w:t xml:space="preserve"> Demi-pensionnaire</w:t>
            </w:r>
          </w:p>
          <w:p w14:paraId="160CF914" w14:textId="5630E826" w:rsidR="005F11FF" w:rsidRPr="002305F8" w:rsidRDefault="0023174D" w:rsidP="002305F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2305F8">
              <w:rPr>
                <w:rFonts w:ascii="Arial" w:hAnsi="Arial" w:cs="Arial"/>
                <w:sz w:val="24"/>
                <w:szCs w:val="24"/>
              </w:rPr>
              <w:t xml:space="preserve">Boursier : </w:t>
            </w:r>
            <w:r w:rsidRPr="002305F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2305F8">
              <w:rPr>
                <w:rFonts w:ascii="Arial" w:hAnsi="Arial" w:cs="Arial"/>
                <w:sz w:val="24"/>
                <w:szCs w:val="24"/>
              </w:rPr>
              <w:t xml:space="preserve"> Oui     </w:t>
            </w:r>
            <w:r w:rsidR="002305F8"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Pr="002305F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305F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2305F8">
              <w:rPr>
                <w:rFonts w:ascii="Arial" w:hAnsi="Arial" w:cs="Arial"/>
                <w:sz w:val="24"/>
                <w:szCs w:val="24"/>
              </w:rPr>
              <w:t xml:space="preserve"> Non   </w:t>
            </w:r>
          </w:p>
          <w:p w14:paraId="0A495245" w14:textId="77777777" w:rsidR="00A10591" w:rsidRPr="002305F8" w:rsidRDefault="0023174D" w:rsidP="002305F8">
            <w:pPr>
              <w:spacing w:after="0" w:line="240" w:lineRule="auto"/>
              <w:rPr>
                <w:rFonts w:ascii="Arial" w:hAnsi="Arial" w:cs="Arial"/>
              </w:rPr>
            </w:pPr>
            <w:r w:rsidRPr="002305F8">
              <w:rPr>
                <w:rFonts w:ascii="Arial" w:hAnsi="Arial" w:cs="Arial"/>
              </w:rPr>
              <w:t xml:space="preserve">Si oui : Échelon </w:t>
            </w:r>
            <w:r w:rsidRPr="002305F8">
              <w:rPr>
                <w:rFonts w:ascii="Segoe UI Symbol" w:hAnsi="Segoe UI Symbol" w:cs="Segoe UI Symbol"/>
              </w:rPr>
              <w:t>☐</w:t>
            </w:r>
            <w:r w:rsidRPr="002305F8">
              <w:rPr>
                <w:rFonts w:ascii="Arial" w:hAnsi="Arial" w:cs="Arial"/>
              </w:rPr>
              <w:t xml:space="preserve"> 1 </w:t>
            </w:r>
            <w:r w:rsidRPr="002305F8">
              <w:rPr>
                <w:rFonts w:ascii="Segoe UI Symbol" w:hAnsi="Segoe UI Symbol" w:cs="Segoe UI Symbol"/>
              </w:rPr>
              <w:t>☐</w:t>
            </w:r>
            <w:r w:rsidRPr="002305F8">
              <w:rPr>
                <w:rFonts w:ascii="Arial" w:hAnsi="Arial" w:cs="Arial"/>
              </w:rPr>
              <w:t xml:space="preserve"> 2 </w:t>
            </w:r>
            <w:r w:rsidRPr="002305F8">
              <w:rPr>
                <w:rFonts w:ascii="Segoe UI Symbol" w:hAnsi="Segoe UI Symbol" w:cs="Segoe UI Symbol"/>
              </w:rPr>
              <w:t>☐</w:t>
            </w:r>
            <w:r w:rsidRPr="002305F8">
              <w:rPr>
                <w:rFonts w:ascii="Arial" w:hAnsi="Arial" w:cs="Arial"/>
              </w:rPr>
              <w:t xml:space="preserve"> 3</w:t>
            </w:r>
          </w:p>
          <w:p w14:paraId="0ABC1FE1" w14:textId="1B519396" w:rsidR="0047791F" w:rsidRPr="00A10591" w:rsidRDefault="0047791F" w:rsidP="009B4C94">
            <w:pPr>
              <w:spacing w:line="240" w:lineRule="auto"/>
            </w:pPr>
          </w:p>
        </w:tc>
      </w:tr>
    </w:tbl>
    <w:p w14:paraId="5A338D05" w14:textId="77777777" w:rsidR="005F11FF" w:rsidRDefault="0023174D" w:rsidP="002305F8">
      <w:pPr>
        <w:spacing w:after="0"/>
        <w:rPr>
          <w:rFonts w:ascii="Arial" w:hAnsi="Arial" w:cs="Arial"/>
          <w:b/>
          <w:color w:val="0070C0"/>
          <w:sz w:val="24"/>
          <w:szCs w:val="24"/>
          <w:u w:val="single"/>
        </w:rPr>
      </w:pPr>
      <w:r w:rsidRPr="002305F8">
        <w:rPr>
          <w:rFonts w:ascii="Arial" w:hAnsi="Arial" w:cs="Arial"/>
          <w:b/>
          <w:color w:val="0070C0"/>
          <w:sz w:val="24"/>
          <w:szCs w:val="24"/>
          <w:u w:val="single"/>
        </w:rPr>
        <w:t>2. SITUATION FAMILIALE</w:t>
      </w:r>
    </w:p>
    <w:p w14:paraId="04D5476E" w14:textId="77777777" w:rsidR="002305F8" w:rsidRPr="002305F8" w:rsidRDefault="002305F8" w:rsidP="002305F8">
      <w:pPr>
        <w:spacing w:after="0"/>
        <w:rPr>
          <w:rFonts w:ascii="Arial" w:hAnsi="Arial" w:cs="Arial"/>
          <w:sz w:val="24"/>
          <w:szCs w:val="24"/>
          <w:u w:val="single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755"/>
      </w:tblGrid>
      <w:tr w:rsidR="005F11FF" w:rsidRPr="00A10591" w14:paraId="2C9973B3" w14:textId="77777777" w:rsidTr="0047791F">
        <w:tc>
          <w:tcPr>
            <w:tcW w:w="8755" w:type="dxa"/>
          </w:tcPr>
          <w:p w14:paraId="09EED6BB" w14:textId="77777777" w:rsidR="005F11FF" w:rsidRPr="002305F8" w:rsidRDefault="0023174D" w:rsidP="002305F8">
            <w:pPr>
              <w:spacing w:after="0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2305F8">
              <w:rPr>
                <w:rFonts w:ascii="Arial" w:hAnsi="Arial" w:cs="Arial"/>
                <w:b/>
                <w:color w:val="0070C0"/>
                <w:sz w:val="24"/>
                <w:szCs w:val="24"/>
                <w:u w:val="single"/>
              </w:rPr>
              <w:t>Situation familiale des parents</w:t>
            </w:r>
          </w:p>
          <w:tbl>
            <w:tblPr>
              <w:tblStyle w:val="Grilledutableau"/>
              <w:tblW w:w="8505" w:type="dxa"/>
              <w:tblBorders>
                <w:top w:val="thinThickMediumGap" w:sz="24" w:space="0" w:color="auto"/>
                <w:left w:val="thinThickMediumGap" w:sz="24" w:space="0" w:color="auto"/>
                <w:bottom w:val="thickThinMediumGap" w:sz="24" w:space="0" w:color="auto"/>
                <w:right w:val="thickThinMediumGap" w:sz="24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227"/>
              <w:gridCol w:w="3018"/>
              <w:gridCol w:w="3260"/>
            </w:tblGrid>
            <w:tr w:rsidR="00EB10E9" w:rsidRPr="0047791F" w14:paraId="766F112F" w14:textId="77777777" w:rsidTr="0047791F">
              <w:tc>
                <w:tcPr>
                  <w:tcW w:w="2227" w:type="dxa"/>
                </w:tcPr>
                <w:p w14:paraId="3D941395" w14:textId="6751EC0A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018" w:type="dxa"/>
                </w:tcPr>
                <w:p w14:paraId="74C01809" w14:textId="381304F5" w:rsidR="00EB10E9" w:rsidRPr="0047791F" w:rsidRDefault="0047791F" w:rsidP="002305F8">
                  <w:pPr>
                    <w:rPr>
                      <w:rFonts w:ascii="Arial" w:hAnsi="Arial" w:cs="Arial"/>
                    </w:rPr>
                  </w:pPr>
                  <w:r w:rsidRPr="0047791F">
                    <w:rPr>
                      <w:rFonts w:ascii="Arial" w:hAnsi="Arial" w:cs="Arial"/>
                    </w:rPr>
                    <w:t>MERE</w:t>
                  </w:r>
                </w:p>
              </w:tc>
              <w:tc>
                <w:tcPr>
                  <w:tcW w:w="3260" w:type="dxa"/>
                </w:tcPr>
                <w:p w14:paraId="08671A78" w14:textId="5CC339D8" w:rsidR="00EB10E9" w:rsidRPr="0047791F" w:rsidRDefault="0047791F" w:rsidP="002305F8">
                  <w:pPr>
                    <w:rPr>
                      <w:rFonts w:ascii="Arial" w:hAnsi="Arial" w:cs="Arial"/>
                    </w:rPr>
                  </w:pPr>
                  <w:r w:rsidRPr="0047791F">
                    <w:rPr>
                      <w:rFonts w:ascii="Arial" w:hAnsi="Arial" w:cs="Arial"/>
                    </w:rPr>
                    <w:t>BELLE MERE</w:t>
                  </w:r>
                </w:p>
              </w:tc>
            </w:tr>
            <w:tr w:rsidR="00EB10E9" w:rsidRPr="0047791F" w14:paraId="41F705F3" w14:textId="77777777" w:rsidTr="0047791F">
              <w:tc>
                <w:tcPr>
                  <w:tcW w:w="2227" w:type="dxa"/>
                </w:tcPr>
                <w:p w14:paraId="1DF31CA1" w14:textId="5C6A7BE3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  <w:r w:rsidRPr="0047791F">
                    <w:rPr>
                      <w:rFonts w:ascii="Arial" w:hAnsi="Arial" w:cs="Arial"/>
                    </w:rPr>
                    <w:t>NOM/PRENOM</w:t>
                  </w:r>
                </w:p>
              </w:tc>
              <w:tc>
                <w:tcPr>
                  <w:tcW w:w="3018" w:type="dxa"/>
                </w:tcPr>
                <w:p w14:paraId="129E1D57" w14:textId="77777777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260" w:type="dxa"/>
                </w:tcPr>
                <w:p w14:paraId="56D845B5" w14:textId="77777777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EB10E9" w:rsidRPr="0047791F" w14:paraId="2452F3EA" w14:textId="77777777" w:rsidTr="0047791F">
              <w:tc>
                <w:tcPr>
                  <w:tcW w:w="2227" w:type="dxa"/>
                </w:tcPr>
                <w:p w14:paraId="3CAC02E9" w14:textId="5C0F1842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  <w:r w:rsidRPr="0047791F">
                    <w:rPr>
                      <w:rFonts w:ascii="Arial" w:hAnsi="Arial" w:cs="Arial"/>
                    </w:rPr>
                    <w:t>ADRESSE</w:t>
                  </w:r>
                </w:p>
              </w:tc>
              <w:tc>
                <w:tcPr>
                  <w:tcW w:w="3018" w:type="dxa"/>
                </w:tcPr>
                <w:p w14:paraId="2DF870FF" w14:textId="77777777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260" w:type="dxa"/>
                </w:tcPr>
                <w:p w14:paraId="2F13C400" w14:textId="77777777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EB10E9" w:rsidRPr="0047791F" w14:paraId="0BB1068E" w14:textId="77777777" w:rsidTr="0047791F">
              <w:tc>
                <w:tcPr>
                  <w:tcW w:w="2227" w:type="dxa"/>
                  <w:tcBorders>
                    <w:bottom w:val="single" w:sz="6" w:space="0" w:color="auto"/>
                  </w:tcBorders>
                </w:tcPr>
                <w:p w14:paraId="1D642F87" w14:textId="489FB119" w:rsidR="00EB10E9" w:rsidRPr="0047791F" w:rsidRDefault="0047791F" w:rsidP="002305F8">
                  <w:pPr>
                    <w:rPr>
                      <w:rFonts w:ascii="Arial" w:hAnsi="Arial" w:cs="Arial"/>
                    </w:rPr>
                  </w:pPr>
                  <w:r w:rsidRPr="0047791F">
                    <w:rPr>
                      <w:rFonts w:ascii="Arial" w:hAnsi="Arial" w:cs="Arial"/>
                    </w:rPr>
                    <w:t>TELEPHONE</w:t>
                  </w:r>
                </w:p>
              </w:tc>
              <w:tc>
                <w:tcPr>
                  <w:tcW w:w="3018" w:type="dxa"/>
                  <w:tcBorders>
                    <w:bottom w:val="single" w:sz="6" w:space="0" w:color="auto"/>
                  </w:tcBorders>
                </w:tcPr>
                <w:p w14:paraId="27800784" w14:textId="77777777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260" w:type="dxa"/>
                  <w:tcBorders>
                    <w:bottom w:val="single" w:sz="6" w:space="0" w:color="auto"/>
                  </w:tcBorders>
                </w:tcPr>
                <w:p w14:paraId="75AD12A4" w14:textId="77777777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EB10E9" w:rsidRPr="0047791F" w14:paraId="48709ACB" w14:textId="77777777" w:rsidTr="0047791F">
              <w:tc>
                <w:tcPr>
                  <w:tcW w:w="2227" w:type="dxa"/>
                  <w:tcBorders>
                    <w:top w:val="single" w:sz="6" w:space="0" w:color="auto"/>
                    <w:bottom w:val="thinThickMediumGap" w:sz="24" w:space="0" w:color="auto"/>
                  </w:tcBorders>
                </w:tcPr>
                <w:p w14:paraId="21553B7F" w14:textId="7C0EA4B0" w:rsidR="00EB10E9" w:rsidRPr="0047791F" w:rsidRDefault="0047791F" w:rsidP="002305F8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PROFESSION</w:t>
                  </w:r>
                </w:p>
              </w:tc>
              <w:tc>
                <w:tcPr>
                  <w:tcW w:w="3018" w:type="dxa"/>
                  <w:tcBorders>
                    <w:top w:val="single" w:sz="6" w:space="0" w:color="auto"/>
                    <w:bottom w:val="thinThickMediumGap" w:sz="24" w:space="0" w:color="auto"/>
                  </w:tcBorders>
                </w:tcPr>
                <w:p w14:paraId="5DD83CAB" w14:textId="77777777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260" w:type="dxa"/>
                  <w:tcBorders>
                    <w:top w:val="single" w:sz="6" w:space="0" w:color="auto"/>
                    <w:bottom w:val="thinThickMediumGap" w:sz="24" w:space="0" w:color="auto"/>
                  </w:tcBorders>
                </w:tcPr>
                <w:p w14:paraId="4B9C5B8A" w14:textId="77777777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EB10E9" w:rsidRPr="0047791F" w14:paraId="16A8A6CE" w14:textId="77777777" w:rsidTr="0047791F">
              <w:trPr>
                <w:trHeight w:val="60"/>
              </w:trPr>
              <w:tc>
                <w:tcPr>
                  <w:tcW w:w="2227" w:type="dxa"/>
                  <w:tcBorders>
                    <w:top w:val="thinThickMediumGap" w:sz="24" w:space="0" w:color="auto"/>
                    <w:left w:val="nil"/>
                    <w:bottom w:val="thinThickMediumGap" w:sz="24" w:space="0" w:color="auto"/>
                    <w:right w:val="nil"/>
                  </w:tcBorders>
                </w:tcPr>
                <w:p w14:paraId="22EF3989" w14:textId="77777777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018" w:type="dxa"/>
                  <w:tcBorders>
                    <w:top w:val="thinThickMediumGap" w:sz="24" w:space="0" w:color="auto"/>
                    <w:left w:val="nil"/>
                    <w:bottom w:val="thinThickMediumGap" w:sz="24" w:space="0" w:color="auto"/>
                    <w:right w:val="nil"/>
                  </w:tcBorders>
                </w:tcPr>
                <w:p w14:paraId="4E7F03CD" w14:textId="77777777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260" w:type="dxa"/>
                  <w:tcBorders>
                    <w:top w:val="thinThickMediumGap" w:sz="24" w:space="0" w:color="auto"/>
                    <w:left w:val="nil"/>
                    <w:bottom w:val="thinThickMediumGap" w:sz="24" w:space="0" w:color="auto"/>
                    <w:right w:val="nil"/>
                  </w:tcBorders>
                </w:tcPr>
                <w:p w14:paraId="79C1B0CD" w14:textId="77777777" w:rsidR="00EB10E9" w:rsidRPr="0047791F" w:rsidRDefault="00EB10E9" w:rsidP="002305F8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47791F" w:rsidRPr="0047791F" w14:paraId="5041C10D" w14:textId="77777777" w:rsidTr="0047791F">
              <w:tc>
                <w:tcPr>
                  <w:tcW w:w="2227" w:type="dxa"/>
                  <w:tcBorders>
                    <w:top w:val="thinThickMediumGap" w:sz="24" w:space="0" w:color="auto"/>
                    <w:bottom w:val="single" w:sz="6" w:space="0" w:color="auto"/>
                  </w:tcBorders>
                </w:tcPr>
                <w:p w14:paraId="665C680A" w14:textId="77777777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018" w:type="dxa"/>
                  <w:tcBorders>
                    <w:top w:val="thinThickMediumGap" w:sz="24" w:space="0" w:color="auto"/>
                    <w:bottom w:val="single" w:sz="6" w:space="0" w:color="auto"/>
                  </w:tcBorders>
                </w:tcPr>
                <w:p w14:paraId="02104032" w14:textId="06F4E9CA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  <w:r w:rsidRPr="0047791F">
                    <w:rPr>
                      <w:rFonts w:ascii="Arial" w:hAnsi="Arial" w:cs="Arial"/>
                    </w:rPr>
                    <w:t>PERE</w:t>
                  </w:r>
                </w:p>
              </w:tc>
              <w:tc>
                <w:tcPr>
                  <w:tcW w:w="3260" w:type="dxa"/>
                  <w:tcBorders>
                    <w:top w:val="thinThickMediumGap" w:sz="24" w:space="0" w:color="auto"/>
                    <w:bottom w:val="single" w:sz="6" w:space="0" w:color="auto"/>
                  </w:tcBorders>
                </w:tcPr>
                <w:p w14:paraId="447B7B9B" w14:textId="7CB9916B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  <w:r w:rsidRPr="0047791F">
                    <w:rPr>
                      <w:rFonts w:ascii="Arial" w:hAnsi="Arial" w:cs="Arial"/>
                    </w:rPr>
                    <w:t>BEAU PERE</w:t>
                  </w:r>
                </w:p>
              </w:tc>
            </w:tr>
            <w:tr w:rsidR="0047791F" w:rsidRPr="0047791F" w14:paraId="5E358AA3" w14:textId="77777777" w:rsidTr="0047791F">
              <w:tc>
                <w:tcPr>
                  <w:tcW w:w="2227" w:type="dxa"/>
                  <w:tcBorders>
                    <w:top w:val="single" w:sz="6" w:space="0" w:color="auto"/>
                  </w:tcBorders>
                </w:tcPr>
                <w:p w14:paraId="0597F51B" w14:textId="760CA80F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  <w:r w:rsidRPr="0047791F">
                    <w:rPr>
                      <w:rFonts w:ascii="Arial" w:hAnsi="Arial" w:cs="Arial"/>
                    </w:rPr>
                    <w:t>NOM/PRENOM</w:t>
                  </w:r>
                </w:p>
              </w:tc>
              <w:tc>
                <w:tcPr>
                  <w:tcW w:w="3018" w:type="dxa"/>
                  <w:tcBorders>
                    <w:top w:val="single" w:sz="6" w:space="0" w:color="auto"/>
                  </w:tcBorders>
                </w:tcPr>
                <w:p w14:paraId="31A2B712" w14:textId="77777777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260" w:type="dxa"/>
                  <w:tcBorders>
                    <w:top w:val="single" w:sz="6" w:space="0" w:color="auto"/>
                  </w:tcBorders>
                </w:tcPr>
                <w:p w14:paraId="4A55F219" w14:textId="77777777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47791F" w:rsidRPr="0047791F" w14:paraId="2FE7CC74" w14:textId="77777777" w:rsidTr="0047791F">
              <w:tc>
                <w:tcPr>
                  <w:tcW w:w="2227" w:type="dxa"/>
                </w:tcPr>
                <w:p w14:paraId="47147C16" w14:textId="5E9840C2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  <w:r w:rsidRPr="0047791F">
                    <w:rPr>
                      <w:rFonts w:ascii="Arial" w:hAnsi="Arial" w:cs="Arial"/>
                    </w:rPr>
                    <w:t>ADRESSE</w:t>
                  </w:r>
                </w:p>
              </w:tc>
              <w:tc>
                <w:tcPr>
                  <w:tcW w:w="3018" w:type="dxa"/>
                </w:tcPr>
                <w:p w14:paraId="77E92EE8" w14:textId="77777777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260" w:type="dxa"/>
                </w:tcPr>
                <w:p w14:paraId="47B96F18" w14:textId="77777777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47791F" w:rsidRPr="0047791F" w14:paraId="40368764" w14:textId="77777777" w:rsidTr="0047791F">
              <w:tc>
                <w:tcPr>
                  <w:tcW w:w="2227" w:type="dxa"/>
                </w:tcPr>
                <w:p w14:paraId="6A9B44B9" w14:textId="11F92F51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  <w:r w:rsidRPr="0047791F">
                    <w:rPr>
                      <w:rFonts w:ascii="Arial" w:hAnsi="Arial" w:cs="Arial"/>
                    </w:rPr>
                    <w:t>TELEPHONE</w:t>
                  </w:r>
                </w:p>
              </w:tc>
              <w:tc>
                <w:tcPr>
                  <w:tcW w:w="3018" w:type="dxa"/>
                </w:tcPr>
                <w:p w14:paraId="61A84B17" w14:textId="77777777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260" w:type="dxa"/>
                </w:tcPr>
                <w:p w14:paraId="1055A20D" w14:textId="77777777" w:rsidR="0047791F" w:rsidRPr="0047791F" w:rsidRDefault="0047791F" w:rsidP="002305F8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47791F" w14:paraId="1CF26D23" w14:textId="77777777" w:rsidTr="0047791F">
              <w:tc>
                <w:tcPr>
                  <w:tcW w:w="2227" w:type="dxa"/>
                </w:tcPr>
                <w:p w14:paraId="2E7D3256" w14:textId="393786F1" w:rsidR="0047791F" w:rsidRDefault="0047791F" w:rsidP="002305F8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PROFESSION</w:t>
                  </w:r>
                </w:p>
              </w:tc>
              <w:tc>
                <w:tcPr>
                  <w:tcW w:w="3018" w:type="dxa"/>
                </w:tcPr>
                <w:p w14:paraId="1400D40D" w14:textId="77777777" w:rsidR="0047791F" w:rsidRDefault="0047791F" w:rsidP="002305F8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3260" w:type="dxa"/>
                </w:tcPr>
                <w:p w14:paraId="7ED3C325" w14:textId="77777777" w:rsidR="0047791F" w:rsidRDefault="0047791F" w:rsidP="002305F8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1E739166" w14:textId="77777777" w:rsidR="002305F8" w:rsidRDefault="002305F8" w:rsidP="002305F8">
            <w:pPr>
              <w:spacing w:after="0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7040F206" w14:textId="77777777" w:rsidR="002305F8" w:rsidRDefault="002305F8" w:rsidP="002305F8">
            <w:pPr>
              <w:spacing w:after="0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0691B27E" w14:textId="77777777" w:rsidR="002305F8" w:rsidRDefault="002305F8" w:rsidP="002305F8">
            <w:pPr>
              <w:spacing w:after="0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7CCCAAB1" w14:textId="19FC695D" w:rsidR="00EB10E9" w:rsidRPr="002305F8" w:rsidRDefault="0023174D" w:rsidP="002305F8">
            <w:pPr>
              <w:spacing w:after="0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2305F8">
              <w:rPr>
                <w:rFonts w:ascii="Arial" w:hAnsi="Arial" w:cs="Arial"/>
                <w:sz w:val="24"/>
                <w:szCs w:val="24"/>
                <w:u w:val="single"/>
              </w:rPr>
              <w:lastRenderedPageBreak/>
              <w:t xml:space="preserve">Situation des parents : </w:t>
            </w:r>
          </w:p>
          <w:p w14:paraId="60E86DB0" w14:textId="4E797A62" w:rsidR="005F11FF" w:rsidRPr="00A10591" w:rsidRDefault="0023174D" w:rsidP="002305F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 Mariés</w:t>
            </w:r>
            <w:r w:rsidR="00EB10E9">
              <w:rPr>
                <w:rFonts w:ascii="Arial" w:hAnsi="Arial" w:cs="Arial"/>
                <w:sz w:val="24"/>
                <w:szCs w:val="24"/>
              </w:rPr>
              <w:t>/Pacsés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A10591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 Séparés</w:t>
            </w:r>
            <w:r w:rsidR="00EB10E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10591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="00EB10E9">
              <w:rPr>
                <w:rFonts w:ascii="Segoe UI Symbol" w:hAnsi="Segoe UI Symbol" w:cs="Segoe UI Symbol"/>
                <w:sz w:val="24"/>
                <w:szCs w:val="24"/>
              </w:rPr>
              <w:t xml:space="preserve"> 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Divorcés   </w:t>
            </w:r>
            <w:r w:rsidR="00EB10E9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="00EB10E9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A10591">
              <w:rPr>
                <w:rFonts w:ascii="Arial" w:hAnsi="Arial" w:cs="Arial"/>
                <w:sz w:val="24"/>
                <w:szCs w:val="24"/>
              </w:rPr>
              <w:t>Autre</w:t>
            </w:r>
            <w:r w:rsidR="00EB10E9">
              <w:rPr>
                <w:rFonts w:ascii="Arial" w:hAnsi="Arial" w:cs="Arial"/>
                <w:sz w:val="24"/>
                <w:szCs w:val="24"/>
              </w:rPr>
              <w:t xml:space="preserve"> :</w:t>
            </w:r>
            <w:r w:rsidRPr="00A10591">
              <w:rPr>
                <w:rFonts w:ascii="Arial" w:hAnsi="Arial" w:cs="Arial"/>
                <w:sz w:val="24"/>
                <w:szCs w:val="24"/>
              </w:rPr>
              <w:t>..............</w:t>
            </w:r>
          </w:p>
          <w:p w14:paraId="4FC4ED00" w14:textId="533BB5D7" w:rsidR="005F11FF" w:rsidRPr="002305F8" w:rsidRDefault="0023174D" w:rsidP="002305F8">
            <w:pPr>
              <w:spacing w:after="0"/>
              <w:contextualSpacing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A10591">
              <w:rPr>
                <w:rFonts w:ascii="Arial" w:hAnsi="Arial" w:cs="Arial"/>
                <w:b/>
                <w:color w:val="0070C0"/>
                <w:sz w:val="24"/>
                <w:szCs w:val="24"/>
              </w:rPr>
              <w:br/>
            </w:r>
            <w:r w:rsidRPr="002305F8">
              <w:rPr>
                <w:rFonts w:ascii="Arial" w:hAnsi="Arial" w:cs="Arial"/>
                <w:b/>
                <w:color w:val="0070C0"/>
                <w:sz w:val="24"/>
                <w:szCs w:val="24"/>
                <w:u w:val="single"/>
              </w:rPr>
              <w:t>Enfants à charge</w:t>
            </w:r>
          </w:p>
          <w:tbl>
            <w:tblPr>
              <w:tblStyle w:val="Grilledutableau"/>
              <w:tblW w:w="12327" w:type="dxa"/>
              <w:tblLayout w:type="fixed"/>
              <w:tblLook w:val="04A0" w:firstRow="1" w:lastRow="0" w:firstColumn="1" w:lastColumn="0" w:noHBand="0" w:noVBand="1"/>
            </w:tblPr>
            <w:tblGrid>
              <w:gridCol w:w="2335"/>
              <w:gridCol w:w="2055"/>
              <w:gridCol w:w="4252"/>
              <w:gridCol w:w="3685"/>
            </w:tblGrid>
            <w:tr w:rsidR="0047791F" w14:paraId="42CBD9C2" w14:textId="430564FE" w:rsidTr="002305F8">
              <w:trPr>
                <w:trHeight w:val="392"/>
              </w:trPr>
              <w:tc>
                <w:tcPr>
                  <w:tcW w:w="2335" w:type="dxa"/>
                </w:tcPr>
                <w:p w14:paraId="3974ABE7" w14:textId="53E491BB" w:rsidR="0047791F" w:rsidRDefault="0047791F" w:rsidP="002305F8">
                  <w:pPr>
                    <w:spacing w:before="240"/>
                    <w:contextualSpacing/>
                    <w:jc w:val="center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NOM/PRENOM</w:t>
                  </w:r>
                </w:p>
              </w:tc>
              <w:tc>
                <w:tcPr>
                  <w:tcW w:w="2055" w:type="dxa"/>
                </w:tcPr>
                <w:p w14:paraId="4BF39B54" w14:textId="128E4C14" w:rsidR="0047791F" w:rsidRDefault="0047791F" w:rsidP="002305F8">
                  <w:pPr>
                    <w:spacing w:before="120"/>
                    <w:contextualSpacing/>
                    <w:jc w:val="center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DATE DE NAISSANCE</w:t>
                  </w:r>
                </w:p>
              </w:tc>
              <w:tc>
                <w:tcPr>
                  <w:tcW w:w="4252" w:type="dxa"/>
                </w:tcPr>
                <w:p w14:paraId="5B9ABA42" w14:textId="369A4E0C" w:rsidR="0047791F" w:rsidRDefault="0047791F" w:rsidP="002305F8">
                  <w:pPr>
                    <w:spacing w:before="360" w:after="240"/>
                    <w:contextualSpacing/>
                    <w:jc w:val="center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SITUATION ACTUELLE / OBSERVATIONS</w:t>
                  </w:r>
                </w:p>
              </w:tc>
              <w:tc>
                <w:tcPr>
                  <w:tcW w:w="3685" w:type="dxa"/>
                </w:tcPr>
                <w:p w14:paraId="41003E13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47791F" w14:paraId="6F050619" w14:textId="415A404F" w:rsidTr="009B4C94">
              <w:trPr>
                <w:trHeight w:val="455"/>
              </w:trPr>
              <w:tc>
                <w:tcPr>
                  <w:tcW w:w="2335" w:type="dxa"/>
                </w:tcPr>
                <w:p w14:paraId="216DC297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055" w:type="dxa"/>
                </w:tcPr>
                <w:p w14:paraId="0ACEEFE7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4252" w:type="dxa"/>
                </w:tcPr>
                <w:p w14:paraId="3FD62A9D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3685" w:type="dxa"/>
                </w:tcPr>
                <w:p w14:paraId="3E61F5A2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47791F" w14:paraId="649DB582" w14:textId="4F192703" w:rsidTr="009B4C94">
              <w:trPr>
                <w:trHeight w:val="419"/>
              </w:trPr>
              <w:tc>
                <w:tcPr>
                  <w:tcW w:w="2335" w:type="dxa"/>
                </w:tcPr>
                <w:p w14:paraId="2EC7DA67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055" w:type="dxa"/>
                </w:tcPr>
                <w:p w14:paraId="44127BDB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4252" w:type="dxa"/>
                </w:tcPr>
                <w:p w14:paraId="1426639E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3685" w:type="dxa"/>
                </w:tcPr>
                <w:p w14:paraId="12FA6BCB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47791F" w14:paraId="70832750" w14:textId="2C060C16" w:rsidTr="009B4C94">
              <w:trPr>
                <w:trHeight w:val="424"/>
              </w:trPr>
              <w:tc>
                <w:tcPr>
                  <w:tcW w:w="2335" w:type="dxa"/>
                </w:tcPr>
                <w:p w14:paraId="11493889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055" w:type="dxa"/>
                </w:tcPr>
                <w:p w14:paraId="410AA05C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4252" w:type="dxa"/>
                </w:tcPr>
                <w:p w14:paraId="4FB6B2ED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3685" w:type="dxa"/>
                </w:tcPr>
                <w:p w14:paraId="7F0A6A73" w14:textId="77777777" w:rsidR="0047791F" w:rsidRDefault="0047791F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9B4C94" w14:paraId="755BC83C" w14:textId="77777777" w:rsidTr="009B4C94">
              <w:trPr>
                <w:trHeight w:val="424"/>
              </w:trPr>
              <w:tc>
                <w:tcPr>
                  <w:tcW w:w="2335" w:type="dxa"/>
                </w:tcPr>
                <w:p w14:paraId="2B38A54E" w14:textId="77777777" w:rsidR="009B4C94" w:rsidRDefault="009B4C94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055" w:type="dxa"/>
                </w:tcPr>
                <w:p w14:paraId="372A624D" w14:textId="77777777" w:rsidR="009B4C94" w:rsidRDefault="009B4C94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4252" w:type="dxa"/>
                </w:tcPr>
                <w:p w14:paraId="7009E9F4" w14:textId="77777777" w:rsidR="009B4C94" w:rsidRDefault="009B4C94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3685" w:type="dxa"/>
                </w:tcPr>
                <w:p w14:paraId="47612881" w14:textId="77777777" w:rsidR="009B4C94" w:rsidRDefault="009B4C94" w:rsidP="002305F8">
                  <w:pPr>
                    <w:contextualSpacing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71A0FF68" w14:textId="77777777" w:rsidR="005F11FF" w:rsidRDefault="0023174D" w:rsidP="002305F8">
            <w:pPr>
              <w:spacing w:after="0"/>
              <w:contextualSpacing/>
              <w:rPr>
                <w:rFonts w:ascii="Arial" w:hAnsi="Arial" w:cs="Arial"/>
                <w:i/>
                <w:sz w:val="24"/>
                <w:szCs w:val="24"/>
              </w:rPr>
            </w:pPr>
            <w:r w:rsidRPr="00A10591">
              <w:rPr>
                <w:rFonts w:ascii="Arial" w:hAnsi="Arial" w:cs="Arial"/>
                <w:i/>
                <w:sz w:val="24"/>
                <w:szCs w:val="24"/>
              </w:rPr>
              <w:t>Inclure l’élève concerné dans ce tableau</w:t>
            </w:r>
          </w:p>
          <w:p w14:paraId="66502B49" w14:textId="77777777" w:rsidR="009B4C94" w:rsidRPr="00A10591" w:rsidRDefault="009B4C94" w:rsidP="002305F8">
            <w:pPr>
              <w:spacing w:after="0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6AA4704" w14:textId="77777777" w:rsidR="005F11FF" w:rsidRPr="002305F8" w:rsidRDefault="0023174D" w:rsidP="009B4C94">
      <w:pPr>
        <w:rPr>
          <w:rFonts w:ascii="Arial" w:hAnsi="Arial" w:cs="Arial"/>
          <w:sz w:val="24"/>
          <w:szCs w:val="24"/>
          <w:u w:val="single"/>
        </w:rPr>
      </w:pPr>
      <w:r w:rsidRPr="002305F8">
        <w:rPr>
          <w:rFonts w:ascii="Arial" w:hAnsi="Arial" w:cs="Arial"/>
          <w:b/>
          <w:color w:val="0070C0"/>
          <w:sz w:val="24"/>
          <w:szCs w:val="24"/>
          <w:u w:val="single"/>
        </w:rPr>
        <w:lastRenderedPageBreak/>
        <w:t>3. SITUATION FINANCIÈRE DU FOYER</w:t>
      </w:r>
    </w:p>
    <w:tbl>
      <w:tblPr>
        <w:tblStyle w:val="Grilledutableau"/>
        <w:tblW w:w="0" w:type="auto"/>
        <w:tblInd w:w="38" w:type="dxa"/>
        <w:tblLook w:val="04A0" w:firstRow="1" w:lastRow="0" w:firstColumn="1" w:lastColumn="0" w:noHBand="0" w:noVBand="1"/>
      </w:tblPr>
      <w:tblGrid>
        <w:gridCol w:w="1897"/>
        <w:gridCol w:w="1434"/>
        <w:gridCol w:w="2165"/>
        <w:gridCol w:w="1403"/>
      </w:tblGrid>
      <w:tr w:rsidR="009B4C94" w14:paraId="74AA8EFC" w14:textId="77777777" w:rsidTr="002305F8">
        <w:trPr>
          <w:trHeight w:val="707"/>
        </w:trPr>
        <w:tc>
          <w:tcPr>
            <w:tcW w:w="1897" w:type="dxa"/>
          </w:tcPr>
          <w:p w14:paraId="71ACE474" w14:textId="29B7D727" w:rsidR="009B4C94" w:rsidRDefault="009B4C94" w:rsidP="002305F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RESSOURCES MENSUELLES</w:t>
            </w:r>
          </w:p>
        </w:tc>
        <w:tc>
          <w:tcPr>
            <w:tcW w:w="1434" w:type="dxa"/>
          </w:tcPr>
          <w:p w14:paraId="10C5323A" w14:textId="0CC5C285" w:rsidR="009B4C94" w:rsidRDefault="009B4C94" w:rsidP="002305F8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MONTANT</w:t>
            </w:r>
          </w:p>
        </w:tc>
        <w:tc>
          <w:tcPr>
            <w:tcW w:w="2165" w:type="dxa"/>
          </w:tcPr>
          <w:p w14:paraId="782486C0" w14:textId="19C42982" w:rsidR="009B4C94" w:rsidRDefault="009B4C94" w:rsidP="002305F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CHARGES MENSUELLES</w:t>
            </w:r>
          </w:p>
        </w:tc>
        <w:tc>
          <w:tcPr>
            <w:tcW w:w="1403" w:type="dxa"/>
          </w:tcPr>
          <w:p w14:paraId="2C526FFC" w14:textId="157914C1" w:rsidR="009B4C94" w:rsidRDefault="009B4C94" w:rsidP="002305F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MONTANT</w:t>
            </w:r>
          </w:p>
        </w:tc>
      </w:tr>
      <w:tr w:rsidR="009B4C94" w14:paraId="3A6D8867" w14:textId="77777777" w:rsidTr="002305F8">
        <w:trPr>
          <w:trHeight w:val="562"/>
        </w:trPr>
        <w:tc>
          <w:tcPr>
            <w:tcW w:w="1897" w:type="dxa"/>
          </w:tcPr>
          <w:p w14:paraId="4E3C588D" w14:textId="0C4EB6FD" w:rsidR="009B4C94" w:rsidRDefault="009B4C94" w:rsidP="009B4C94">
            <w:pPr>
              <w:spacing w:before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Revenus</w:t>
            </w:r>
          </w:p>
        </w:tc>
        <w:tc>
          <w:tcPr>
            <w:tcW w:w="1434" w:type="dxa"/>
          </w:tcPr>
          <w:p w14:paraId="7C1DEE90" w14:textId="77777777" w:rsidR="009B4C94" w:rsidRDefault="009B4C94" w:rsidP="009B4C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5" w:type="dxa"/>
          </w:tcPr>
          <w:p w14:paraId="2356063F" w14:textId="17D4409D" w:rsidR="009B4C94" w:rsidRDefault="009B4C94" w:rsidP="009B4C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Loyer/Crédit Immobilier</w:t>
            </w:r>
          </w:p>
        </w:tc>
        <w:tc>
          <w:tcPr>
            <w:tcW w:w="1403" w:type="dxa"/>
          </w:tcPr>
          <w:p w14:paraId="363A6326" w14:textId="77777777" w:rsidR="009B4C94" w:rsidRDefault="009B4C94" w:rsidP="009B4C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B4C94" w14:paraId="3D3B5E9C" w14:textId="77777777" w:rsidTr="002305F8">
        <w:trPr>
          <w:trHeight w:val="572"/>
        </w:trPr>
        <w:tc>
          <w:tcPr>
            <w:tcW w:w="1897" w:type="dxa"/>
          </w:tcPr>
          <w:p w14:paraId="1716ACEA" w14:textId="1CAF19C1" w:rsidR="009B4C94" w:rsidRDefault="009B4C94" w:rsidP="009B4C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Prestations familiales</w:t>
            </w:r>
          </w:p>
        </w:tc>
        <w:tc>
          <w:tcPr>
            <w:tcW w:w="1434" w:type="dxa"/>
          </w:tcPr>
          <w:p w14:paraId="5BF44A26" w14:textId="77777777" w:rsidR="009B4C94" w:rsidRDefault="009B4C94" w:rsidP="009B4C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5" w:type="dxa"/>
          </w:tcPr>
          <w:p w14:paraId="45CD7609" w14:textId="7F8182D8" w:rsidR="009B4C94" w:rsidRDefault="009B4C94" w:rsidP="009B4C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Crédits et charges</w:t>
            </w:r>
          </w:p>
        </w:tc>
        <w:tc>
          <w:tcPr>
            <w:tcW w:w="1403" w:type="dxa"/>
          </w:tcPr>
          <w:p w14:paraId="76361620" w14:textId="77777777" w:rsidR="009B4C94" w:rsidRDefault="009B4C94" w:rsidP="009B4C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B4C94" w14:paraId="169C0BA5" w14:textId="77777777" w:rsidTr="002305F8">
        <w:trPr>
          <w:trHeight w:val="427"/>
        </w:trPr>
        <w:tc>
          <w:tcPr>
            <w:tcW w:w="1897" w:type="dxa"/>
          </w:tcPr>
          <w:p w14:paraId="29A94E9B" w14:textId="26858D8C" w:rsidR="009B4C94" w:rsidRDefault="009B4C94" w:rsidP="009B4C94">
            <w:pPr>
              <w:spacing w:before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Autres</w:t>
            </w:r>
          </w:p>
        </w:tc>
        <w:tc>
          <w:tcPr>
            <w:tcW w:w="1434" w:type="dxa"/>
          </w:tcPr>
          <w:p w14:paraId="5F39522B" w14:textId="77777777" w:rsidR="009B4C94" w:rsidRDefault="009B4C94" w:rsidP="009B4C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5" w:type="dxa"/>
          </w:tcPr>
          <w:p w14:paraId="35122EDD" w14:textId="08465C63" w:rsidR="009B4C94" w:rsidRDefault="009B4C94" w:rsidP="009B4C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Dépenses exceptionnelles</w:t>
            </w:r>
          </w:p>
        </w:tc>
        <w:tc>
          <w:tcPr>
            <w:tcW w:w="1403" w:type="dxa"/>
          </w:tcPr>
          <w:p w14:paraId="159C95B3" w14:textId="77777777" w:rsidR="009B4C94" w:rsidRDefault="009B4C94" w:rsidP="009B4C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B4C94" w14:paraId="1E9EF4AA" w14:textId="77777777" w:rsidTr="002305F8">
        <w:trPr>
          <w:trHeight w:val="437"/>
        </w:trPr>
        <w:tc>
          <w:tcPr>
            <w:tcW w:w="1897" w:type="dxa"/>
          </w:tcPr>
          <w:p w14:paraId="7B77801F" w14:textId="1FC6275C" w:rsidR="009B4C94" w:rsidRDefault="009B4C94" w:rsidP="009B4C94">
            <w:pPr>
              <w:spacing w:before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TOTAL</w:t>
            </w:r>
          </w:p>
        </w:tc>
        <w:tc>
          <w:tcPr>
            <w:tcW w:w="1434" w:type="dxa"/>
          </w:tcPr>
          <w:p w14:paraId="327B1488" w14:textId="77777777" w:rsidR="009B4C94" w:rsidRDefault="009B4C94" w:rsidP="009B4C94">
            <w:pPr>
              <w:spacing w:before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5" w:type="dxa"/>
          </w:tcPr>
          <w:p w14:paraId="36CF7535" w14:textId="7517CF90" w:rsidR="009B4C94" w:rsidRDefault="009B4C94" w:rsidP="009B4C94">
            <w:pPr>
              <w:spacing w:before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TOTAL</w:t>
            </w:r>
          </w:p>
        </w:tc>
        <w:tc>
          <w:tcPr>
            <w:tcW w:w="1403" w:type="dxa"/>
          </w:tcPr>
          <w:p w14:paraId="4FD036E3" w14:textId="77777777" w:rsidR="009B4C94" w:rsidRDefault="009B4C94" w:rsidP="009B4C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E99312B" w14:textId="77777777" w:rsidR="005F11FF" w:rsidRPr="00A10591" w:rsidRDefault="005F11FF" w:rsidP="009B4C94">
      <w:pPr>
        <w:rPr>
          <w:rFonts w:ascii="Arial" w:hAnsi="Arial" w:cs="Arial"/>
          <w:sz w:val="24"/>
          <w:szCs w:val="24"/>
        </w:rPr>
      </w:pPr>
    </w:p>
    <w:p w14:paraId="16000222" w14:textId="77777777" w:rsidR="005F11FF" w:rsidRPr="002305F8" w:rsidRDefault="0023174D" w:rsidP="002305F8">
      <w:pPr>
        <w:spacing w:after="0"/>
        <w:rPr>
          <w:rFonts w:ascii="Arial" w:hAnsi="Arial" w:cs="Arial"/>
          <w:sz w:val="24"/>
          <w:szCs w:val="24"/>
          <w:u w:val="single"/>
        </w:rPr>
      </w:pPr>
      <w:r w:rsidRPr="002305F8">
        <w:rPr>
          <w:rFonts w:ascii="Arial" w:hAnsi="Arial" w:cs="Arial"/>
          <w:b/>
          <w:color w:val="0070C0"/>
          <w:sz w:val="24"/>
          <w:szCs w:val="24"/>
          <w:u w:val="single"/>
        </w:rPr>
        <w:t>4. AIDE DEMANDÉE</w:t>
      </w:r>
    </w:p>
    <w:tbl>
      <w:tblPr>
        <w:tblW w:w="0" w:type="auto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8640"/>
      </w:tblGrid>
      <w:tr w:rsidR="005F11FF" w:rsidRPr="00A10591" w14:paraId="42C50D13" w14:textId="77777777" w:rsidTr="00EB10E9">
        <w:tc>
          <w:tcPr>
            <w:tcW w:w="8640" w:type="dxa"/>
            <w:shd w:val="clear" w:color="auto" w:fill="FFFFFF" w:themeFill="background1"/>
          </w:tcPr>
          <w:p w14:paraId="5E099C1A" w14:textId="77777777" w:rsidR="005F11FF" w:rsidRPr="00A10591" w:rsidRDefault="0023174D" w:rsidP="002305F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1F2584">
              <w:rPr>
                <w:rFonts w:ascii="Arial" w:hAnsi="Arial" w:cs="Arial"/>
                <w:color w:val="0070C0"/>
                <w:sz w:val="24"/>
                <w:szCs w:val="24"/>
                <w:u w:val="single"/>
              </w:rPr>
              <w:t>Montant demandé</w:t>
            </w:r>
            <w:r w:rsidRPr="001F2584">
              <w:rPr>
                <w:rFonts w:ascii="Arial" w:hAnsi="Arial" w:cs="Arial"/>
                <w:color w:val="0070C0"/>
                <w:sz w:val="24"/>
                <w:szCs w:val="24"/>
              </w:rPr>
              <w:t xml:space="preserve"> </w:t>
            </w:r>
            <w:r w:rsidRPr="00A10591">
              <w:rPr>
                <w:rFonts w:ascii="Arial" w:hAnsi="Arial" w:cs="Arial"/>
                <w:sz w:val="24"/>
                <w:szCs w:val="24"/>
              </w:rPr>
              <w:t>: .................... €</w:t>
            </w:r>
          </w:p>
          <w:p w14:paraId="31B6897B" w14:textId="69034B23" w:rsidR="005F11FF" w:rsidRPr="00A10591" w:rsidRDefault="0023174D" w:rsidP="002305F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1F2584">
              <w:rPr>
                <w:rFonts w:ascii="Arial" w:hAnsi="Arial" w:cs="Arial"/>
                <w:color w:val="0070C0"/>
                <w:sz w:val="24"/>
                <w:szCs w:val="24"/>
                <w:u w:val="single"/>
              </w:rPr>
              <w:t>Nature de la demande</w:t>
            </w:r>
            <w:r w:rsidRPr="001F2584">
              <w:rPr>
                <w:rFonts w:ascii="Arial" w:hAnsi="Arial" w:cs="Arial"/>
                <w:color w:val="0070C0"/>
                <w:sz w:val="24"/>
                <w:szCs w:val="24"/>
              </w:rPr>
              <w:t xml:space="preserve"> 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: </w:t>
            </w:r>
            <w:r w:rsidRPr="00A10591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 Demi-pension </w:t>
            </w:r>
            <w:r w:rsidRPr="00A10591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 Voyage 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scolaire </w:t>
            </w:r>
            <w:r w:rsidRPr="00A10591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 Fournitures scolaires      Autres : ............</w:t>
            </w:r>
          </w:p>
        </w:tc>
      </w:tr>
    </w:tbl>
    <w:p w14:paraId="627BF42B" w14:textId="77777777" w:rsidR="009B4C94" w:rsidRDefault="009B4C94" w:rsidP="009B4C94">
      <w:pPr>
        <w:rPr>
          <w:rFonts w:ascii="Arial" w:hAnsi="Arial" w:cs="Arial"/>
          <w:b/>
          <w:color w:val="0070C0"/>
          <w:sz w:val="24"/>
          <w:szCs w:val="24"/>
        </w:rPr>
      </w:pPr>
    </w:p>
    <w:p w14:paraId="5CDB9DBD" w14:textId="77777777" w:rsidR="005F11FF" w:rsidRPr="002305F8" w:rsidRDefault="0023174D" w:rsidP="002305F8">
      <w:pPr>
        <w:spacing w:after="0"/>
        <w:rPr>
          <w:rFonts w:ascii="Arial" w:hAnsi="Arial" w:cs="Arial"/>
          <w:sz w:val="24"/>
          <w:szCs w:val="24"/>
          <w:u w:val="single"/>
        </w:rPr>
      </w:pPr>
      <w:r w:rsidRPr="002305F8">
        <w:rPr>
          <w:rFonts w:ascii="Arial" w:hAnsi="Arial" w:cs="Arial"/>
          <w:b/>
          <w:color w:val="0070C0"/>
          <w:sz w:val="24"/>
          <w:szCs w:val="24"/>
          <w:u w:val="single"/>
        </w:rPr>
        <w:t>5. MOTIVATION DE LA DEMAN</w:t>
      </w:r>
      <w:bookmarkStart w:id="0" w:name="_GoBack"/>
      <w:bookmarkEnd w:id="0"/>
      <w:r w:rsidRPr="002305F8">
        <w:rPr>
          <w:rFonts w:ascii="Arial" w:hAnsi="Arial" w:cs="Arial"/>
          <w:b/>
          <w:color w:val="0070C0"/>
          <w:sz w:val="24"/>
          <w:szCs w:val="24"/>
          <w:u w:val="single"/>
        </w:rPr>
        <w:t>DE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640"/>
      </w:tblGrid>
      <w:tr w:rsidR="005F11FF" w:rsidRPr="00A10591" w14:paraId="686650B2" w14:textId="77777777">
        <w:tc>
          <w:tcPr>
            <w:tcW w:w="8640" w:type="dxa"/>
          </w:tcPr>
          <w:p w14:paraId="47A036E2" w14:textId="6EF137F9" w:rsidR="005F11FF" w:rsidRPr="00A10591" w:rsidRDefault="0023174D" w:rsidP="002305F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Arial" w:hAnsi="Arial" w:cs="Arial"/>
                <w:sz w:val="24"/>
                <w:szCs w:val="24"/>
              </w:rPr>
              <w:t xml:space="preserve">Expliquez en </w:t>
            </w:r>
            <w:r w:rsidR="00EB10E9">
              <w:rPr>
                <w:rFonts w:ascii="Arial" w:hAnsi="Arial" w:cs="Arial"/>
                <w:sz w:val="24"/>
                <w:szCs w:val="24"/>
              </w:rPr>
              <w:t>quelques phrases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 votre situation</w:t>
            </w:r>
            <w:r w:rsidR="001F2584">
              <w:rPr>
                <w:rFonts w:ascii="Arial" w:hAnsi="Arial" w:cs="Arial"/>
                <w:sz w:val="24"/>
                <w:szCs w:val="24"/>
              </w:rPr>
              <w:t xml:space="preserve"> et les difficultés rencontrées </w:t>
            </w:r>
            <w:r w:rsidRPr="00A10591">
              <w:rPr>
                <w:rFonts w:ascii="Arial" w:hAnsi="Arial" w:cs="Arial"/>
                <w:sz w:val="24"/>
                <w:szCs w:val="24"/>
              </w:rPr>
              <w:t>:</w:t>
            </w:r>
            <w:r w:rsidRPr="00A10591">
              <w:rPr>
                <w:rFonts w:ascii="Arial" w:hAnsi="Arial" w:cs="Arial"/>
                <w:sz w:val="24"/>
                <w:szCs w:val="24"/>
              </w:rPr>
              <w:br/>
            </w:r>
            <w:r w:rsidRPr="00A10591">
              <w:rPr>
                <w:rFonts w:ascii="Arial" w:hAnsi="Arial" w:cs="Arial"/>
                <w:sz w:val="24"/>
                <w:szCs w:val="24"/>
              </w:rPr>
              <w:br/>
              <w:t>......................................................................................</w:t>
            </w:r>
            <w:r w:rsidRPr="00A10591">
              <w:rPr>
                <w:rFonts w:ascii="Arial" w:hAnsi="Arial" w:cs="Arial"/>
                <w:sz w:val="24"/>
                <w:szCs w:val="24"/>
              </w:rPr>
              <w:t>..................................</w:t>
            </w:r>
            <w:r w:rsidRPr="00A10591">
              <w:rPr>
                <w:rFonts w:ascii="Arial" w:hAnsi="Arial" w:cs="Arial"/>
                <w:sz w:val="24"/>
                <w:szCs w:val="24"/>
              </w:rPr>
              <w:br/>
              <w:t>........................................................................................................................</w:t>
            </w:r>
            <w:r w:rsidRPr="00A10591">
              <w:rPr>
                <w:rFonts w:ascii="Arial" w:hAnsi="Arial" w:cs="Arial"/>
                <w:sz w:val="24"/>
                <w:szCs w:val="24"/>
              </w:rPr>
              <w:br/>
              <w:t>....................................................................................................</w:t>
            </w:r>
            <w:r w:rsidRPr="00A10591">
              <w:rPr>
                <w:rFonts w:ascii="Arial" w:hAnsi="Arial" w:cs="Arial"/>
                <w:sz w:val="24"/>
                <w:szCs w:val="24"/>
              </w:rPr>
              <w:t>....................</w:t>
            </w:r>
          </w:p>
        </w:tc>
      </w:tr>
    </w:tbl>
    <w:p w14:paraId="38329947" w14:textId="77777777" w:rsidR="005F11FF" w:rsidRPr="00A10591" w:rsidRDefault="005F11FF" w:rsidP="009B4C94">
      <w:pPr>
        <w:rPr>
          <w:rFonts w:ascii="Arial" w:hAnsi="Arial" w:cs="Arial"/>
          <w:sz w:val="24"/>
          <w:szCs w:val="24"/>
        </w:rPr>
      </w:pPr>
    </w:p>
    <w:p w14:paraId="1E793343" w14:textId="77777777" w:rsidR="002305F8" w:rsidRDefault="002305F8" w:rsidP="009B4C94">
      <w:pPr>
        <w:rPr>
          <w:rFonts w:ascii="Arial" w:hAnsi="Arial" w:cs="Arial"/>
          <w:b/>
          <w:color w:val="0070C0"/>
          <w:sz w:val="24"/>
          <w:szCs w:val="24"/>
          <w:u w:val="single"/>
        </w:rPr>
      </w:pPr>
    </w:p>
    <w:p w14:paraId="082EFFC1" w14:textId="77777777" w:rsidR="005F11FF" w:rsidRPr="009B4C94" w:rsidRDefault="0023174D" w:rsidP="009B4C94">
      <w:pPr>
        <w:rPr>
          <w:rFonts w:ascii="Arial" w:hAnsi="Arial" w:cs="Arial"/>
          <w:sz w:val="24"/>
          <w:szCs w:val="24"/>
          <w:u w:val="single"/>
        </w:rPr>
      </w:pPr>
      <w:r w:rsidRPr="009B4C94">
        <w:rPr>
          <w:rFonts w:ascii="Arial" w:hAnsi="Arial" w:cs="Arial"/>
          <w:b/>
          <w:color w:val="0070C0"/>
          <w:sz w:val="24"/>
          <w:szCs w:val="24"/>
          <w:u w:val="single"/>
        </w:rPr>
        <w:t>6. PIÈCES JUSTIFICATIVES À FOURNIR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640"/>
      </w:tblGrid>
      <w:tr w:rsidR="005F11FF" w:rsidRPr="00A10591" w14:paraId="7A0E35AA" w14:textId="77777777">
        <w:tc>
          <w:tcPr>
            <w:tcW w:w="8640" w:type="dxa"/>
          </w:tcPr>
          <w:p w14:paraId="07198BA0" w14:textId="77777777" w:rsidR="005F11FF" w:rsidRPr="00A10591" w:rsidRDefault="0023174D" w:rsidP="009B4C94">
            <w:pPr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 Attestation de droits CAF ou dernier avis d’imposition</w:t>
            </w:r>
          </w:p>
        </w:tc>
      </w:tr>
    </w:tbl>
    <w:p w14:paraId="0A1150A3" w14:textId="4F5846E4" w:rsidR="005F11FF" w:rsidRPr="00A10591" w:rsidRDefault="005F11FF" w:rsidP="009B4C94">
      <w:pPr>
        <w:rPr>
          <w:rFonts w:ascii="Arial" w:hAnsi="Arial" w:cs="Arial"/>
          <w:sz w:val="24"/>
          <w:szCs w:val="24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640"/>
      </w:tblGrid>
      <w:tr w:rsidR="005F11FF" w:rsidRPr="00A10591" w14:paraId="6B8A4774" w14:textId="77777777" w:rsidTr="002305F8">
        <w:tc>
          <w:tcPr>
            <w:tcW w:w="8640" w:type="dxa"/>
            <w:tcBorders>
              <w:top w:val="thinThickMediumGap" w:sz="24" w:space="0" w:color="auto"/>
              <w:left w:val="thinThickMediumGap" w:sz="24" w:space="0" w:color="auto"/>
              <w:bottom w:val="thickThinMediumGap" w:sz="24" w:space="0" w:color="auto"/>
              <w:right w:val="thickThinMediumGap" w:sz="24" w:space="0" w:color="auto"/>
            </w:tcBorders>
          </w:tcPr>
          <w:p w14:paraId="5A64E3F6" w14:textId="77777777" w:rsidR="005F11FF" w:rsidRPr="00A10591" w:rsidRDefault="0023174D" w:rsidP="009B4C94">
            <w:pPr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Segoe UI Emoji" w:hAnsi="Segoe UI Emoji" w:cs="Segoe UI Emoji"/>
                <w:b/>
                <w:color w:val="C00000"/>
                <w:sz w:val="24"/>
                <w:szCs w:val="24"/>
              </w:rPr>
              <w:t>⚠</w:t>
            </w:r>
            <w:r w:rsidRPr="00A10591">
              <w:rPr>
                <w:rFonts w:ascii="Segoe UI Emoji" w:hAnsi="Segoe UI Emoji" w:cs="Segoe UI Emoji"/>
                <w:b/>
                <w:color w:val="C00000"/>
                <w:sz w:val="24"/>
                <w:szCs w:val="24"/>
              </w:rPr>
              <w:t>️</w:t>
            </w:r>
            <w:r w:rsidRPr="00A10591">
              <w:rPr>
                <w:rFonts w:ascii="Arial" w:hAnsi="Arial" w:cs="Arial"/>
                <w:b/>
                <w:color w:val="C00000"/>
                <w:sz w:val="24"/>
                <w:szCs w:val="24"/>
              </w:rPr>
              <w:t xml:space="preserve"> Attention : tout dossier incomplet ne sera pas traité par la commission.</w:t>
            </w:r>
          </w:p>
        </w:tc>
      </w:tr>
    </w:tbl>
    <w:p w14:paraId="32E42D58" w14:textId="77777777" w:rsidR="005F11FF" w:rsidRPr="00A10591" w:rsidRDefault="005F11FF" w:rsidP="009B4C94">
      <w:pPr>
        <w:rPr>
          <w:rFonts w:ascii="Arial" w:hAnsi="Arial" w:cs="Arial"/>
          <w:sz w:val="24"/>
          <w:szCs w:val="24"/>
        </w:rPr>
      </w:pPr>
    </w:p>
    <w:p w14:paraId="76AC5AB6" w14:textId="77777777" w:rsidR="005F11FF" w:rsidRPr="009B4C94" w:rsidRDefault="0023174D" w:rsidP="009B4C94">
      <w:pPr>
        <w:rPr>
          <w:rFonts w:ascii="Arial" w:hAnsi="Arial" w:cs="Arial"/>
          <w:sz w:val="24"/>
          <w:szCs w:val="24"/>
          <w:u w:val="single"/>
        </w:rPr>
      </w:pPr>
      <w:r w:rsidRPr="009B4C94">
        <w:rPr>
          <w:rFonts w:ascii="Arial" w:hAnsi="Arial" w:cs="Arial"/>
          <w:b/>
          <w:color w:val="0070C0"/>
          <w:sz w:val="24"/>
          <w:szCs w:val="24"/>
          <w:u w:val="single"/>
        </w:rPr>
        <w:t>7. ATTESTATION SUR L’HONNEUR ET SIGNATURE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640"/>
      </w:tblGrid>
      <w:tr w:rsidR="005F11FF" w:rsidRPr="00A10591" w14:paraId="06A9D928" w14:textId="77777777">
        <w:tc>
          <w:tcPr>
            <w:tcW w:w="8640" w:type="dxa"/>
          </w:tcPr>
          <w:p w14:paraId="05DD485D" w14:textId="77777777" w:rsidR="005F11FF" w:rsidRPr="00A10591" w:rsidRDefault="0023174D" w:rsidP="009B4C94">
            <w:pPr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Arial" w:hAnsi="Arial" w:cs="Arial"/>
                <w:sz w:val="24"/>
                <w:szCs w:val="24"/>
              </w:rPr>
              <w:t xml:space="preserve">Je soussigné(e), </w:t>
            </w:r>
            <w:r w:rsidRPr="00A10591">
              <w:rPr>
                <w:rFonts w:ascii="Arial" w:hAnsi="Arial" w:cs="Arial"/>
                <w:sz w:val="24"/>
                <w:szCs w:val="24"/>
              </w:rPr>
              <w:t>........................................................, représentant légal de l’élève, atteste sur l’honneur l’exactitude des renseignements fournis dans ce dossier de demande de fonds social.</w:t>
            </w:r>
          </w:p>
          <w:p w14:paraId="152DCB7D" w14:textId="77777777" w:rsidR="005F11FF" w:rsidRPr="00A10591" w:rsidRDefault="0023174D" w:rsidP="009B4C94">
            <w:pPr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Arial" w:hAnsi="Arial" w:cs="Arial"/>
                <w:sz w:val="24"/>
                <w:szCs w:val="24"/>
              </w:rPr>
              <w:t>Fait à ......................................................</w:t>
            </w:r>
            <w:r w:rsidRPr="00A10591">
              <w:rPr>
                <w:rFonts w:ascii="Arial" w:hAnsi="Arial" w:cs="Arial"/>
                <w:sz w:val="24"/>
                <w:szCs w:val="24"/>
              </w:rPr>
              <w:t>, le .............................</w:t>
            </w:r>
          </w:p>
          <w:p w14:paraId="18E43AA0" w14:textId="77777777" w:rsidR="005F11FF" w:rsidRPr="00A10591" w:rsidRDefault="0023174D" w:rsidP="009B4C94">
            <w:pPr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Arial" w:hAnsi="Arial" w:cs="Arial"/>
                <w:sz w:val="24"/>
                <w:szCs w:val="24"/>
              </w:rPr>
              <w:t>Signature du représentant légal : ........................................................</w:t>
            </w:r>
          </w:p>
        </w:tc>
      </w:tr>
    </w:tbl>
    <w:p w14:paraId="16F71B20" w14:textId="77777777" w:rsidR="00EB10E9" w:rsidRDefault="00EB10E9" w:rsidP="009B4C94">
      <w:pPr>
        <w:rPr>
          <w:rFonts w:ascii="Arial" w:hAnsi="Arial" w:cs="Arial"/>
          <w:sz w:val="24"/>
          <w:szCs w:val="24"/>
        </w:rPr>
      </w:pPr>
    </w:p>
    <w:p w14:paraId="36887425" w14:textId="77777777" w:rsidR="002305F8" w:rsidRDefault="002305F8" w:rsidP="009B4C94">
      <w:pPr>
        <w:rPr>
          <w:rFonts w:ascii="Arial" w:hAnsi="Arial" w:cs="Arial"/>
          <w:sz w:val="24"/>
          <w:szCs w:val="24"/>
        </w:rPr>
      </w:pPr>
    </w:p>
    <w:p w14:paraId="2BDC6EAF" w14:textId="77777777" w:rsidR="002305F8" w:rsidRDefault="002305F8" w:rsidP="009B4C94">
      <w:pPr>
        <w:rPr>
          <w:rFonts w:ascii="Arial" w:hAnsi="Arial" w:cs="Arial"/>
          <w:sz w:val="24"/>
          <w:szCs w:val="24"/>
        </w:rPr>
      </w:pPr>
    </w:p>
    <w:p w14:paraId="1DC31EC1" w14:textId="501028B9" w:rsidR="005F11FF" w:rsidRPr="009B4C94" w:rsidRDefault="0023174D" w:rsidP="009B4C94">
      <w:pPr>
        <w:rPr>
          <w:rFonts w:ascii="Arial" w:hAnsi="Arial" w:cs="Arial"/>
          <w:sz w:val="24"/>
          <w:szCs w:val="24"/>
          <w:u w:val="single"/>
        </w:rPr>
      </w:pPr>
      <w:r w:rsidRPr="009B4C94">
        <w:rPr>
          <w:rFonts w:ascii="Arial" w:hAnsi="Arial" w:cs="Arial"/>
          <w:b/>
          <w:color w:val="0070C0"/>
          <w:sz w:val="24"/>
          <w:szCs w:val="24"/>
          <w:u w:val="single"/>
        </w:rPr>
        <w:t>8. PARTIE RÉSERVÉE À L’ADMINISTRATION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640"/>
      </w:tblGrid>
      <w:tr w:rsidR="005F11FF" w:rsidRPr="00A10591" w14:paraId="4C06E2BD" w14:textId="77777777" w:rsidTr="002305F8">
        <w:tc>
          <w:tcPr>
            <w:tcW w:w="8640" w:type="dxa"/>
            <w:tcBorders>
              <w:top w:val="thinThickMediumGap" w:sz="24" w:space="0" w:color="auto"/>
              <w:left w:val="thinThickMediumGap" w:sz="24" w:space="0" w:color="auto"/>
              <w:bottom w:val="thickThinMediumGap" w:sz="24" w:space="0" w:color="auto"/>
              <w:right w:val="thickThinMediumGap" w:sz="24" w:space="0" w:color="auto"/>
            </w:tcBorders>
          </w:tcPr>
          <w:p w14:paraId="761A8DAB" w14:textId="77777777" w:rsidR="005F11FF" w:rsidRPr="00A10591" w:rsidRDefault="0023174D" w:rsidP="009B4C94">
            <w:pPr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Arial" w:hAnsi="Arial" w:cs="Arial"/>
                <w:sz w:val="24"/>
                <w:szCs w:val="24"/>
              </w:rPr>
              <w:t xml:space="preserve">Avis de la commission : </w:t>
            </w:r>
            <w:r w:rsidRPr="00A10591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 Favorable      </w:t>
            </w:r>
            <w:r w:rsidRPr="00A10591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A10591">
              <w:rPr>
                <w:rFonts w:ascii="Arial" w:hAnsi="Arial" w:cs="Arial"/>
                <w:sz w:val="24"/>
                <w:szCs w:val="24"/>
              </w:rPr>
              <w:t xml:space="preserve"> Défavorable</w:t>
            </w:r>
          </w:p>
          <w:p w14:paraId="73B9D2F4" w14:textId="77777777" w:rsidR="005F11FF" w:rsidRPr="00A10591" w:rsidRDefault="0023174D" w:rsidP="009B4C94">
            <w:pPr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Arial" w:hAnsi="Arial" w:cs="Arial"/>
                <w:sz w:val="24"/>
                <w:szCs w:val="24"/>
              </w:rPr>
              <w:t>Montant accordé : ................</w:t>
            </w:r>
            <w:r w:rsidRPr="00A10591">
              <w:rPr>
                <w:rFonts w:ascii="Arial" w:hAnsi="Arial" w:cs="Arial"/>
                <w:sz w:val="24"/>
                <w:szCs w:val="24"/>
              </w:rPr>
              <w:t>.......... €</w:t>
            </w:r>
          </w:p>
          <w:p w14:paraId="3ADEC1F8" w14:textId="77777777" w:rsidR="005F11FF" w:rsidRPr="00A10591" w:rsidRDefault="0023174D" w:rsidP="009B4C94">
            <w:pPr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Arial" w:hAnsi="Arial" w:cs="Arial"/>
                <w:sz w:val="24"/>
                <w:szCs w:val="24"/>
              </w:rPr>
              <w:t>Date de la décision : ..........................</w:t>
            </w:r>
          </w:p>
          <w:p w14:paraId="123964A4" w14:textId="22057DD7" w:rsidR="005F11FF" w:rsidRPr="00A10591" w:rsidRDefault="0023174D" w:rsidP="009B4C94">
            <w:pPr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Arial" w:hAnsi="Arial" w:cs="Arial"/>
                <w:sz w:val="24"/>
                <w:szCs w:val="24"/>
              </w:rPr>
              <w:t>Signature et cachet de l’administration : ........................................................</w:t>
            </w:r>
          </w:p>
          <w:p w14:paraId="08BBBE9F" w14:textId="77777777" w:rsidR="005F11FF" w:rsidRDefault="0023174D" w:rsidP="002305F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10591">
              <w:rPr>
                <w:rFonts w:ascii="Arial" w:hAnsi="Arial" w:cs="Arial"/>
                <w:sz w:val="24"/>
                <w:szCs w:val="24"/>
              </w:rPr>
              <w:t>Observations de la commission :</w:t>
            </w:r>
            <w:r w:rsidRPr="00A10591">
              <w:rPr>
                <w:rFonts w:ascii="Arial" w:hAnsi="Arial" w:cs="Arial"/>
                <w:sz w:val="24"/>
                <w:szCs w:val="24"/>
              </w:rPr>
              <w:br/>
              <w:t>...............................................................</w:t>
            </w:r>
            <w:r w:rsidRPr="00A10591">
              <w:rPr>
                <w:rFonts w:ascii="Arial" w:hAnsi="Arial" w:cs="Arial"/>
                <w:sz w:val="24"/>
                <w:szCs w:val="24"/>
              </w:rPr>
              <w:t>.........................................................</w:t>
            </w:r>
            <w:r w:rsidRPr="00A10591">
              <w:rPr>
                <w:rFonts w:ascii="Arial" w:hAnsi="Arial" w:cs="Arial"/>
                <w:sz w:val="24"/>
                <w:szCs w:val="24"/>
              </w:rPr>
              <w:br/>
              <w:t>........................................................................................................................</w:t>
            </w:r>
          </w:p>
          <w:p w14:paraId="3ED6A864" w14:textId="1FC07D02" w:rsidR="002305F8" w:rsidRPr="00A10591" w:rsidRDefault="002305F8" w:rsidP="002305F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……………………………………………………………………………………….</w:t>
            </w:r>
          </w:p>
        </w:tc>
      </w:tr>
    </w:tbl>
    <w:p w14:paraId="3F354168" w14:textId="77777777" w:rsidR="005F11FF" w:rsidRPr="00A10591" w:rsidRDefault="005F11FF">
      <w:pPr>
        <w:rPr>
          <w:rFonts w:ascii="Arial" w:hAnsi="Arial" w:cs="Arial"/>
          <w:sz w:val="24"/>
          <w:szCs w:val="24"/>
        </w:rPr>
      </w:pPr>
    </w:p>
    <w:sectPr w:rsidR="005F11FF" w:rsidRPr="00A10591" w:rsidSect="00034616"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F44430" w14:textId="77777777" w:rsidR="0023174D" w:rsidRDefault="0023174D" w:rsidP="00A10591">
      <w:pPr>
        <w:spacing w:after="0" w:line="240" w:lineRule="auto"/>
      </w:pPr>
      <w:r>
        <w:separator/>
      </w:r>
    </w:p>
  </w:endnote>
  <w:endnote w:type="continuationSeparator" w:id="0">
    <w:p w14:paraId="0F483CD3" w14:textId="77777777" w:rsidR="0023174D" w:rsidRDefault="0023174D" w:rsidP="00A105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34129204"/>
      <w:docPartObj>
        <w:docPartGallery w:val="Page Numbers (Bottom of Page)"/>
        <w:docPartUnique/>
      </w:docPartObj>
    </w:sdtPr>
    <w:sdtContent>
      <w:p w14:paraId="44C89400" w14:textId="58050757" w:rsidR="002305F8" w:rsidRDefault="002305F8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3174D" w:rsidRPr="0023174D">
          <w:rPr>
            <w:noProof/>
            <w:lang w:val="fr-FR"/>
          </w:rPr>
          <w:t>1</w:t>
        </w:r>
        <w:r>
          <w:fldChar w:fldCharType="end"/>
        </w:r>
      </w:p>
    </w:sdtContent>
  </w:sdt>
  <w:p w14:paraId="777E3DCD" w14:textId="77777777" w:rsidR="00A10591" w:rsidRDefault="00A1059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1635B6" w14:textId="77777777" w:rsidR="0023174D" w:rsidRDefault="0023174D" w:rsidP="00A10591">
      <w:pPr>
        <w:spacing w:after="0" w:line="240" w:lineRule="auto"/>
      </w:pPr>
      <w:r>
        <w:separator/>
      </w:r>
    </w:p>
  </w:footnote>
  <w:footnote w:type="continuationSeparator" w:id="0">
    <w:p w14:paraId="2E9D3CFF" w14:textId="77777777" w:rsidR="0023174D" w:rsidRDefault="0023174D" w:rsidP="00A105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15074B"/>
    <w:rsid w:val="001F2584"/>
    <w:rsid w:val="002305F8"/>
    <w:rsid w:val="0023174D"/>
    <w:rsid w:val="0029639D"/>
    <w:rsid w:val="00326F90"/>
    <w:rsid w:val="0047791F"/>
    <w:rsid w:val="005F11FF"/>
    <w:rsid w:val="00730BB7"/>
    <w:rsid w:val="0078045A"/>
    <w:rsid w:val="008169E8"/>
    <w:rsid w:val="009B4C94"/>
    <w:rsid w:val="00A10591"/>
    <w:rsid w:val="00A261AA"/>
    <w:rsid w:val="00AA1D8D"/>
    <w:rsid w:val="00B47730"/>
    <w:rsid w:val="00CB0664"/>
    <w:rsid w:val="00D0682A"/>
    <w:rsid w:val="00EB10E9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77A07F9"/>
  <w14:defaultImageDpi w14:val="300"/>
  <w15:docId w15:val="{FBC870D9-05C8-4753-880A-D0E6672E0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3F"/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Emphasepl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Emphase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pl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1F25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F25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03E2390-D601-40FC-9524-F2613EDC3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452</Words>
  <Characters>2488</Characters>
  <Application>Microsoft Office Word</Application>
  <DocSecurity>0</DocSecurity>
  <Lines>20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2935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intendant</cp:lastModifiedBy>
  <cp:revision>2</cp:revision>
  <cp:lastPrinted>2025-09-29T08:49:00Z</cp:lastPrinted>
  <dcterms:created xsi:type="dcterms:W3CDTF">2025-09-29T08:51:00Z</dcterms:created>
  <dcterms:modified xsi:type="dcterms:W3CDTF">2025-09-29T08:51:00Z</dcterms:modified>
  <cp:category/>
</cp:coreProperties>
</file>